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Необережність</w:t>
      </w:r>
    </w:p>
    <w:p>
      <w:r>
        <w:br/>
        <w:t xml:space="preserve"> &lt;p&gt;Старий шахтар, Панас Латкин, сидів на довгій лаві в коридорі Петро-Олександрівського вугільного рудника поруч інших шахтарів, сидів і чекав. Дерчали електричні дзвінки, дзенькали телефони, бігали, метушились, човгаючи по підлозі ногами, конторські парубчаки, по різних кімнатах безупинно клацали щоти, сопли й важко зітхали шахтарі; декотрі дрімали, клюкаючи носами.</w:t>
      </w:r>
    </w:p>
    <w:p>
      <w:r>
        <w:br/>
        <w:t>Старий Панас сидів у глибокій задумі й чекав, поки прийде до контори пан інженір, щоб і собі за іншими довідатись про власну справу. Що справа у нього була неабияка, це — він певний був — інженір одразу зрозуміє, а що його й досі не кликано до контори й він мусив сам прийти нагадувати про неї, то, запевне, хіба тільки через те, що інженір забув на який час про нього, бо на те ж і діла в того інженіра, як то кажуть, повна голова: де йому втримати все на думці! А вся річ ось у чім.</w:t>
      </w:r>
    </w:p>
    <w:p>
      <w:r>
        <w:br/>
        <w:t>Тижнів зо два тому старому Панасові трапилось нагле несподіване лихо. Служив він у шахтовій стайні за конюха, бо нічого іншого вже робити не міг через свою старість; а син його, молодий дужий шахтар, рубав у забої[1] вугілля. Сталося якось так, що стеля позад молодого забойщика завалилася, й товариші, котрі позбігалися, почувши гуркіт, ледве вчували тільки його здавлений голос, схожий на стогін з могили.</w:t>
      </w:r>
    </w:p>
    <w:p>
      <w:r>
        <w:br/>
        <w:t>Недовго гаючись, шахтарі почали відкопувати сердешного забойщика, а старий Панас стояв увесь скам’янілий і не міг поворухнутись. Він нічого не говорив, навіть не плакав, а тільки шаленими очима дивився, як спітнілі, чорні, перелякані теж, шахтарі, з блискучими очима, жваво одкидали сірий, важкий, як камінь, глей, щоб хутчій вирятувати, може, вже напівживого товариша. Тьмяно блимали й страшенно чадили лампи, дзюрчала вода поблизу, бігали по стінах химерні тіні, похмура, нічим не підперта, стеля грізно мовчала, і мовчання її не віщувало нічого доброго...</w:t>
      </w:r>
    </w:p>
    <w:p>
      <w:r>
        <w:br/>
        <w:t>Прийшов штейгер, молодий безвусий юнак, з обличчям гарненької панночки. Вхопивши й собі заступа, силкувався він допомагати робітникам, але тільки перебивав іншим. Він навіть не розгнівався, як звичайно, коли якийсь огрядний шахтар, з рудою, посипаною вугільним порохом, бородою, з пересердям гримнув на нього.</w:t>
      </w:r>
    </w:p>
    <w:p>
      <w:r>
        <w:br/>
        <w:t>— Чи не пішли б ви геть, ваше благородіє! тільки перебаранчаєте отут...</w:t>
      </w:r>
    </w:p>
    <w:p>
      <w:r>
        <w:br/>
        <w:t>Штейгер кинув заступа й одійшов набік.</w:t>
      </w:r>
    </w:p>
    <w:p>
      <w:r>
        <w:br/>
        <w:t>Промайнуло скількись томливих, страшних своєю таємністю, хвилин, за які батькові трохи не розірвалося серце від жаху й розпуки. Нарешті заступ одного з шахтарів, одкинувши величезний шматок глею, зробив діру в завалі. Завалений кинувся до неї, і всі, побачивши це, з полегшення зітхнули, але пораяли товаришеві підождати, поки зроблено буде більший вихід. Старий Панас заридав, як дитина: міг би, то сам вліз би в діру, щоб упевнитись, що син цілий.</w:t>
      </w:r>
    </w:p>
    <w:p>
      <w:r>
        <w:br/>
        <w:t>— Слава Господеві,— шепотів зворушений дід, і дві буйних сльози скотились йому на сиву бороду й діамантами засіяли на вбогім світлі.</w:t>
      </w:r>
    </w:p>
    <w:p>
      <w:r>
        <w:br/>
        <w:t>Повеселішали й шахтарі й почали навіть жартувати.</w:t>
      </w:r>
    </w:p>
    <w:p>
      <w:r>
        <w:br/>
        <w:t>— Живий?</w:t>
      </w:r>
    </w:p>
    <w:p>
      <w:r>
        <w:br/>
        <w:t>— Живий, тільки налякався дуже.</w:t>
      </w:r>
    </w:p>
    <w:p>
      <w:r>
        <w:br/>
        <w:t>— Ат, дурниці! Зараз одкопаємо.</w:t>
      </w:r>
    </w:p>
    <w:p>
      <w:r>
        <w:br/>
        <w:t>— Ізведи із темниці душу мою,— завів один з шахтарів, колишній півчий.— Ну, товаришу, вилазь! Годі тобі там ніжитись!</w:t>
      </w:r>
    </w:p>
    <w:p>
      <w:r>
        <w:br/>
        <w:t>Вони поступились назад, а з діри виліз блідий як смерть Панасів син. З глухим риданням старий кинувся на шию синові й застиг в його обіймах. Не встиг він випустить сина, як раптом од стелі одірвалась величезна брила глею і вдарила сина по голові: молодий шахтар упав, навіть не застогнавши.</w:t>
      </w:r>
    </w:p>
    <w:p>
      <w:r>
        <w:br/>
        <w:t>Старий Панас опам’ятався вже після того, як його видано було на-гора й однесено додому...</w:t>
      </w:r>
    </w:p>
    <w:p>
      <w:r>
        <w:br/>
        <w:t>Та живий мусить про живе й дбати. За кільки днів він одужав, але в шахту вже не міг лізти, навіть дивитись на неї не міг без ненависті, без сліз, викликаних тяжким горем. Сина його було поховано далеко-далеко від шахти, на селянськім кладовищі.</w:t>
      </w:r>
    </w:p>
    <w:p>
      <w:r>
        <w:br/>
        <w:t>Покликали діда в поліцію. Надзиратель питав, як вбито сина, та при самій згадці про це Панас заридав, як дитина, і йому звелено було вийти, бо надзиратель був страшенно нервова людина і не міг бачити сліз.</w:t>
      </w:r>
    </w:p>
    <w:p>
      <w:r>
        <w:br/>
        <w:t>Проминуло ще кільки день, але старого нікуди не кликано й нічого йому не говорено. Працювати в шахті тепер він зовсім не здужав, а їсти однаково треба було. Він знав, що за вбитого сина контора повинна заплатити йому; тому, не дочекавши, поки покличуть його, старий взяв ціпок і, крехтючи, сам почвалав до контори, щоб довідатись врешті, коли буде заплачено за смерть сина.</w:t>
      </w:r>
    </w:p>
    <w:p>
      <w:r>
        <w:br/>
        <w:t>О сьомій годині до контори надійшов інженір-управитель, молода невеличка людина, з білявим волоссям на голові й сірими пукатими погордими очима. Не звернувши жаднісінької уваги на те, що шахтарі підвелись і низенько вклонились йому, він мовчки пройшов повз них до свого кабінету. За ним пірнув грубий червонопикий підрядчик, що постачав на шахту ліс. Деякі з шахтарів підійшли, одхилили двері до інженіра й несміливо зазирнули туди, але почувши грізне: "Зараз, зараз, підождете!" — хутко причинили їх і стали по черзі.</w:t>
      </w:r>
    </w:p>
    <w:p>
      <w:r>
        <w:br/>
        <w:t>— Тобі чого? — спитав інженір, коли старий Панас, діждавши черги, ввійшов у кабінет.</w:t>
      </w:r>
    </w:p>
    <w:p>
      <w:r>
        <w:br/>
        <w:t>— Я... я за сина спитати... — відповів тремтячим голосом старий шахтар і брудною полою витер очі. Він почував себе страшенно нахабним і винуватим, що ліз на очі начальству, тому зігнута, сухорлява й виснажена постать його виявляла безмежну покірливість.</w:t>
      </w:r>
    </w:p>
    <w:p>
      <w:r>
        <w:br/>
        <w:t>— За якого сина?</w:t>
      </w:r>
    </w:p>
    <w:p>
      <w:r>
        <w:br/>
        <w:t>— За сина... за Івана Латкина.</w:t>
      </w:r>
    </w:p>
    <w:p>
      <w:r>
        <w:br/>
        <w:t>— Латкина?.. Тривай, щось чув...— потер лоба інженір.— Ага, — нарешті пригадав він,— це той, що в шахті задавило?</w:t>
      </w:r>
    </w:p>
    <w:p>
      <w:r>
        <w:br/>
        <w:t>— Еге ж, еге, той самий,— зрадів старий і навіть скривив свої старечі уста в усмішку.</w:t>
      </w:r>
    </w:p>
    <w:p>
      <w:r>
        <w:br/>
        <w:t>Це не сподобалось інженірові, й він насупив брови.</w:t>
      </w:r>
    </w:p>
    <w:p>
      <w:r>
        <w:br/>
        <w:t>— Ну, то що?</w:t>
      </w:r>
    </w:p>
    <w:p>
      <w:r>
        <w:br/>
        <w:t>— Отже, прийшов до вашої милості...</w:t>
      </w:r>
    </w:p>
    <w:p>
      <w:r>
        <w:br/>
        <w:t>— Себто?</w:t>
      </w:r>
    </w:p>
    <w:p>
      <w:r>
        <w:br/>
        <w:t>— Та спитати, яка ж мені, старому та хворому, поміч буде грошима?.. Один же син... я старий...</w:t>
      </w:r>
    </w:p>
    <w:p>
      <w:r>
        <w:br/>
        <w:t>— Ну да, але до того, що він один у тебе й що ти старий, конторі діла немає.</w:t>
      </w:r>
    </w:p>
    <w:p>
      <w:r>
        <w:br/>
        <w:t>— Як немає? — захвилювався старий Панас.— Адже ж його вбито.</w:t>
      </w:r>
    </w:p>
    <w:p>
      <w:r>
        <w:br/>
        <w:t>— То що?</w:t>
      </w:r>
    </w:p>
    <w:p>
      <w:r>
        <w:br/>
        <w:t>— То полагається ж по закону...</w:t>
      </w:r>
    </w:p>
    <w:p>
      <w:r>
        <w:br/>
        <w:t>— Так, так. Але... то тільки за тих ми мусимо платити, кого вбито через нашу недбалість. А твого сина прибило через... е... е... вашу з ним власну необережність.</w:t>
      </w:r>
    </w:p>
    <w:p>
      <w:r>
        <w:br/>
        <w:t>— Я... як же це?</w:t>
      </w:r>
    </w:p>
    <w:p>
      <w:r>
        <w:br/>
        <w:t>— Ти не знаєш? Хіба тобі не читано протокола?</w:t>
      </w:r>
    </w:p>
    <w:p>
      <w:r>
        <w:br/>
        <w:t>— Я не розумію...</w:t>
      </w:r>
    </w:p>
    <w:p>
      <w:r>
        <w:br/>
        <w:t>— Хм... говоріть з ним... він не розуміє,— з досадою звернувсь інженір до підрядчика, котрий, запобігливо посміхнувшись, поспішив згодитись із ним.— Його ж було одкопано живим... ти це знаєш?</w:t>
      </w:r>
    </w:p>
    <w:p>
      <w:r>
        <w:br/>
        <w:t>— Еге ж, еге, живим, так тошно...</w:t>
      </w:r>
    </w:p>
    <w:p>
      <w:r>
        <w:br/>
        <w:t>— Ну от... А коли б він одразу був одійшов від того небезпечного місця, а не обіймався, не ніжився з тобою, то запевне й досі був би цілий і здоровий. Виходить, що сам він та й ти винуваті.</w:t>
      </w:r>
    </w:p>
    <w:p>
      <w:r>
        <w:br/>
        <w:t>Панас стояв і переляканими очима дивився на інженіра.</w:t>
      </w:r>
    </w:p>
    <w:p>
      <w:r>
        <w:br/>
        <w:t>Підрядчик величезною хусткою витер своє гладке, спітніле обличчя й кашлянув.</w:t>
      </w:r>
    </w:p>
    <w:p>
      <w:r>
        <w:br/>
        <w:t>— Кхе... страшенно безглуздий народ.</w:t>
      </w:r>
    </w:p>
    <w:p>
      <w:r>
        <w:br/>
        <w:t>Інженіра дратувала вже ця, як йому здавалось, цілком зайва розмова.</w:t>
      </w:r>
    </w:p>
    <w:p>
      <w:r>
        <w:br/>
        <w:t>— Чого ж ти стоїш? — визвіривсь він на діда.— Ти зрозумів мене?</w:t>
      </w:r>
    </w:p>
    <w:p>
      <w:r>
        <w:br/>
        <w:t>Панас хитнув головою, ще трохи постояв і, непритомно пересовуючи ноги, вийшов з кабінету, не причинивши дверей. Видно було, що старий шахтар був справді не з тямких і... не зрозумів.</w:t>
      </w:r>
    </w:p>
    <w:p>
      <w:r>
        <w:br/>
        <w:t>[1] Кінець печери, де саме рубають вугілля.—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Необережність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