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Нейтронний зойк</w:t>
      </w:r>
    </w:p>
    <w:p>
      <w:r>
        <w:br/>
        <w:t xml:space="preserve"> Коли раптом Дніпро здичавіє ревучий&lt;br /&gt;</w:t>
        <w:br/>
        <w:t>1 ураз обезлюдніє світ,&lt;br /&gt;</w:t>
        <w:br/>
        <w:t>Як ти будеш стояти, Тарасе, на кручі&lt;br /&gt;</w:t>
        <w:br/>
        <w:t>Самотою&lt;br /&gt;</w:t>
        <w:br/>
        <w:t>на тисячу літ?&lt;br /&gt;</w:t>
        <w:br/>
        <w:t>І твоя всевидючість, обпечена болем,&lt;br /&gt;</w:t>
        <w:br/>
        <w:t>Де і в чому розраду знайде?&lt;br /&gt;</w:t>
        <w:br/>
        <w:t>Є річки, є лани твої широкополі,&lt;br /&gt;</w:t>
        <w:br/>
        <w:t>І – нікого,&lt;br /&gt;</w:t>
        <w:br/>
        <w:t>нікого&lt;br /&gt;</w:t>
        <w:br/>
        <w:t>ніде...&lt;br /&gt;</w:t>
        <w:br/>
        <w:t>Будуть сивіти вірші у мертвім беззвуччі,&lt;br /&gt;</w:t>
        <w:br/>
        <w:t>Будуть кликати, кликать людей,&lt;br /&gt;</w:t>
        <w:br/>
        <w:t>Навкруги ж – тільки гори,&lt;br /&gt;</w:t>
        <w:br/>
        <w:t>і море,&lt;br /&gt;</w:t>
        <w:br/>
        <w:t>і кручі,&lt;br /&gt;</w:t>
        <w:br/>
        <w:t>І – нікого...&lt;br /&gt;</w:t>
        <w:br/>
        <w:t>нікого...&lt;br /&gt;</w:t>
        <w:br/>
        <w:t>ніде...&lt;br /&gt;</w:t>
        <w:br/>
        <w:t>Ну невже вони рвали кайдани неволі,&lt;br /&gt;</w:t>
        <w:br/>
        <w:t>Провіщали оновлений день,&lt;br /&gt;</w:t>
        <w:br/>
        <w:t>Щоб зненацька ти, світе, отак збожеволів,&lt;br /&gt;</w:t>
        <w:br/>
        <w:t>Що – нікого!&lt;br /&gt;</w:t>
        <w:br/>
        <w:t>нікого!&lt;br /&gt;</w:t>
        <w:br/>
        <w:t>ніде!..&lt;br /&gt;</w:t>
        <w:br/>
        <w:t>І планета осліпла, блукаючи в ночах,&lt;br /&gt;</w:t>
        <w:br/>
        <w:t>Свій шукала загублений слід?..&lt;br /&gt;</w:t>
        <w:br/>
        <w:t>Так набатно: "Вставайте!"–&lt;br /&gt;</w:t>
        <w:br/>
        <w:t>Заклично й пророче&lt;br /&gt;</w:t>
        <w:br/>
        <w:t>Стука в наші серця "Заповіт".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Нейтронний зойк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