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Недужий олень</w:t>
      </w:r>
    </w:p>
    <w:p>
      <w:r>
        <w:br/>
        <w:t xml:space="preserve"> &lt;p&gt;На зеленій галявині посеред густого лісу жив гарний олень. Віддавна тут мешкали його мати й бабуся, і всі мали це місце за свою домівку. Ніхто із звірів не заходив туди пастися, знаючи, що тамтешня трава належить оленеві.</w:t>
      </w:r>
    </w:p>
    <w:p>
      <w:r>
        <w:br/>
        <w:t>Та якось золоторогий красень захворів; не міг ні бігати, ні пастися, лежав на зеленій траві й жалібно стогнав.</w:t>
      </w:r>
    </w:p>
    <w:p>
      <w:r>
        <w:br/>
        <w:t>Почула той стогін коза, яка саме минала галявину. Підійшла до оленя, питає:</w:t>
      </w:r>
    </w:p>
    <w:p>
      <w:r>
        <w:br/>
        <w:t>— Ти що, занедужав, сусіде?</w:t>
      </w:r>
    </w:p>
    <w:p>
      <w:r>
        <w:br/>
        <w:t>— Ох,— відказує олень,— болить мені все тіло, не можу ні їсти, ні пити.</w:t>
      </w:r>
    </w:p>
    <w:p>
      <w:r>
        <w:br/>
        <w:t>— Бажаю тобі якнайшвидше одужати!</w:t>
      </w:r>
    </w:p>
    <w:p>
      <w:r>
        <w:br/>
        <w:t>— Дякую,— мовив олень і заплющив очі.</w:t>
      </w:r>
    </w:p>
    <w:p>
      <w:r>
        <w:br/>
        <w:t>Коза намірилася йти, та побачила на галявині зелену, соковиту траву. Покрутилася й подумала: все одно олень не їстиме — чи не попастися трохи? Та й наїлася трави досхочу, а тоді подалася додому. По дорозі зустріла двох корів-сусідок.</w:t>
      </w:r>
    </w:p>
    <w:p>
      <w:r>
        <w:br/>
        <w:t>— Добрий день, чули новину?</w:t>
      </w:r>
    </w:p>
    <w:p>
      <w:r>
        <w:br/>
        <w:t>— Яку?</w:t>
      </w:r>
    </w:p>
    <w:p>
      <w:r>
        <w:br/>
        <w:t>— Олень занедужав, болить йому все тіло, він лежить і стогне.</w:t>
      </w:r>
    </w:p>
    <w:p>
      <w:r>
        <w:br/>
        <w:t>— Ой лишенько! — жалісно вигукнули корови.— Треба піти навідати його.</w:t>
      </w:r>
    </w:p>
    <w:p>
      <w:r>
        <w:br/>
        <w:t>— Я вже там була, трохи його розважила.</w:t>
      </w:r>
    </w:p>
    <w:p>
      <w:r>
        <w:br/>
        <w:t>Невдовзі корови прийшли на галявину до оленя.</w:t>
      </w:r>
    </w:p>
    <w:p>
      <w:r>
        <w:br/>
        <w:t>— Як здоров'ячко, любий сусіде? — питають.</w:t>
      </w:r>
    </w:p>
    <w:p>
      <w:r>
        <w:br/>
        <w:t>— Ох, занедужав, і сам не знаю чого, болить мені все тіло, що й підвестися не можу. Дякую, що навідали.</w:t>
      </w:r>
    </w:p>
    <w:p>
      <w:r>
        <w:br/>
        <w:t>Корови трохи постояли біля оленя, побажали йому якнайшвидше одужати та й подалися геть. А по дорозі червона каже до чорної:</w:t>
      </w:r>
    </w:p>
    <w:p>
      <w:r>
        <w:br/>
        <w:t>— Глянь лиш, яка зелена соковита трава!</w:t>
      </w:r>
    </w:p>
    <w:p>
      <w:r>
        <w:br/>
        <w:t>— Я помітила, коли ми ще сюди йшли, та й подумала: чом би не поласувати...</w:t>
      </w:r>
    </w:p>
    <w:p>
      <w:r>
        <w:br/>
        <w:t>— Авжеж, авжеж! Нумо скуштуймо!</w:t>
      </w:r>
    </w:p>
    <w:p>
      <w:r>
        <w:br/>
        <w:t>Скубнули корови траву — ой же і смачна! Понапасалися добре та й почимчикували додому, ситі та веселі. Дорогою зустріли коня з віслюком, що дуже кудись поспішали.</w:t>
      </w:r>
    </w:p>
    <w:p>
      <w:r>
        <w:br/>
        <w:t>— Куди це ви так квапитеся? — питають корови.</w:t>
      </w:r>
    </w:p>
    <w:p>
      <w:r>
        <w:br/>
        <w:t>— Таж олень занедужав, ідемо навідати,— відповідають ті.</w:t>
      </w:r>
    </w:p>
    <w:p>
      <w:r>
        <w:br/>
        <w:t>— Ідіть, ми саме від нього вертаємось.</w:t>
      </w:r>
    </w:p>
    <w:p>
      <w:r>
        <w:br/>
        <w:t>Незабаром кінь з віслюком дісталися галявини, розпитали оленя, як він почувається, чи не хоче, бува, чого, а тоді попрощалися й пішли. Аж ось побачили соковиту пашу.</w:t>
      </w:r>
    </w:p>
    <w:p>
      <w:r>
        <w:br/>
        <w:t>— Чи не поскубти травички? — каже віслюк.— Олень усе одно занедужав, і вона пропадає марно.</w:t>
      </w:r>
    </w:p>
    <w:p>
      <w:r>
        <w:br/>
        <w:t>— Чому б не поскубти,— згодився кінь.</w:t>
      </w:r>
    </w:p>
    <w:p>
      <w:r>
        <w:br/>
        <w:t>Понапасалися добре, згадали, що вже час і додому.</w:t>
      </w:r>
    </w:p>
    <w:p>
      <w:r>
        <w:br/>
        <w:t>На другий день на галявину прийшла коза із своєю сестрою. А вертаючись додому, знову поскубли зеленої травички. Те саме зробили корови, кінь з віслюком, ватага кролів та зайців, які теж дізналися про оленеву хворобу й забажали навідати його. А ще згодом прибігли вівці з ягнятами та черідка телят. Пробули з оленем весь день, розважали балачками, зичили здоров'я, а коли пішли — не залишилось на галявині жодної травички. Все випасли оленеві друзі.</w:t>
      </w:r>
    </w:p>
    <w:p>
      <w:r>
        <w:br/>
        <w:t>На ранок олень трохи оклигав, підвівся з землі й захотів попастися, адже кілька день ріски в роті не мав. Проте хоч скільки він нахилявся — не міг намацати ні травинки.</w:t>
      </w:r>
    </w:p>
    <w:p>
      <w:r>
        <w:br/>
        <w:t>"Ой лишенько,— подумав,— це ж мої сусіди випасли всю траву. Що тепер робити, немає ж сили піти попастися кудись іще: невже конати з голоду?"</w:t>
      </w:r>
    </w:p>
    <w:p>
      <w:r>
        <w:br/>
        <w:t>На той час галявиною бігла лисиця. Побачила оленя, розпитала за все й засміялася:</w:t>
      </w:r>
    </w:p>
    <w:p>
      <w:r>
        <w:br/>
        <w:t>— Не журися, я принесу тобі оберемок трави й води напитися, ще й розуму навчу: ніколи не водися з кепськими товаришами, від них завжди більше шкоди, ніж користі.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Недужий олень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