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Недуг</w:t>
      </w:r>
    </w:p>
    <w:p>
      <w:r>
        <w:br/>
        <w:t xml:space="preserve"> 1&lt;br /&gt;</w:t>
        <w:br/>
        <w:t>Ходе хвиля по Осколу,&lt;br /&gt;</w:t>
        <w:br/>
        <w:t>Аж на берег скаче;&lt;br /&gt;</w:t>
        <w:br/>
        <w:t>Ходе голуб по берегу,&lt;br /&gt;</w:t>
        <w:br/>
        <w:t>По голубці плаче.&lt;br /&gt;</w:t>
        <w:br/>
        <w:t>Хвиля вдариться об берег, —&lt;br /&gt;</w:t>
        <w:br/>
        <w:t>Берег зеленіє;&lt;br /&gt;</w:t>
        <w:br/>
        <w:t>Як загуде сизий голуб,&lt;br /&gt;</w:t>
        <w:br/>
        <w:t>Так аж серце ниє.&lt;br /&gt;</w:t>
        <w:br/>
        <w:t>Гудів, гудів сизий голуб&lt;br /&gt;</w:t>
        <w:br/>
        <w:t>Та й став воду пити —&lt;br /&gt;</w:t>
        <w:br/>
        <w:t>Хотів, бідний, своє горе&lt;br /&gt;</w:t>
        <w:br/>
        <w:t>Водою залити.&lt;br /&gt;</w:t>
        <w:br/>
        <w:t>Де ти, моя голубонько,&lt;br /&gt;</w:t>
        <w:br/>
        <w:t>Де ти, сизокрила;&lt;br /&gt;</w:t>
        <w:br/>
        <w:t>Нащо мене покинула,&lt;br /&gt;</w:t>
        <w:br/>
        <w:t>За що розлюбила?&lt;br /&gt;</w:t>
        <w:br/>
        <w:t>Чи любила, не любила,&lt;br /&gt;</w:t>
        <w:br/>
        <w:t>А завдала жалю!&lt;br /&gt;</w:t>
        <w:br/>
        <w:t>Прийди, серце, подивися,&lt;br /&gt;</w:t>
        <w:br/>
        <w:t>Як я погибаю!&lt;br /&gt;</w:t>
        <w:br/>
        <w:t>Болить в мене головонька,&lt;br /&gt;</w:t>
        <w:br/>
        <w:t>Болить серце дуже;&lt;br /&gt;</w:t>
        <w:br/>
        <w:t>Ох, прийдеться загинути,&lt;br /&gt;</w:t>
        <w:br/>
        <w:t>А тобі байдуже.&lt;br /&gt;</w:t>
        <w:br/>
        <w:t>Гірко мені жить без тебе,&lt;br /&gt;</w:t>
        <w:br/>
        <w:t>Божий світ темніє,&lt;br /&gt;</w:t>
        <w:br/>
        <w:t>Очі плачуть, серце рветься&lt;br /&gt;</w:t>
        <w:br/>
        <w:t>І від муки тліє.&lt;br /&gt;</w:t>
        <w:br/>
        <w:t>Полиняло моє личко,&lt;br /&gt;</w:t>
        <w:br/>
        <w:t>Як квіт у морози;&lt;br /&gt;</w:t>
        <w:br/>
        <w:t>Прилинь, поглянь, моє сонце,&lt;br /&gt;</w:t>
        <w:br/>
        <w:t>Хоч на мої сльози!&lt;br /&gt;</w:t>
        <w:br/>
        <w:t>Хвиле, хвиле, буйна хвиле,&lt;br /&gt;</w:t>
        <w:br/>
        <w:t>Удар мене в груди:&lt;br /&gt;</w:t>
        <w:br/>
        <w:t>Мені гірко жить на світі,&lt;br /&gt;</w:t>
        <w:br/>
        <w:t>Чи не легше буде!&lt;br /&gt;</w:t>
        <w:br/>
        <w:t>Покотилась буйна хвиля&lt;br /&gt;</w:t>
        <w:br/>
        <w:t>На жовтий пісочок;&lt;br /&gt;</w:t>
        <w:br/>
        <w:t>Де ти, милий, чорнобривий,&lt;br /&gt;</w:t>
        <w:br/>
        <w:t>Сизий голубочок!</w:t>
      </w:r>
    </w:p>
    <w:p>
      <w:r>
        <w:br/>
        <w:t>2&lt;br /&gt;</w:t>
        <w:br/>
        <w:t>Прийди, прижмись, моя мила,&lt;br /&gt;</w:t>
        <w:br/>
        <w:t>Та до мого серця;&lt;br /&gt;</w:t>
        <w:br/>
        <w:t>Болить воно від кохання,&lt;br /&gt;</w:t>
        <w:br/>
        <w:t>Так чи не минеться.&lt;br /&gt;</w:t>
        <w:br/>
        <w:t>Прийди, схили головоньку&lt;br /&gt;</w:t>
        <w:br/>
        <w:t>На білії груди;&lt;br /&gt;</w:t>
        <w:br/>
        <w:t>Тоді взнаєш, моя мила,&lt;br /&gt;</w:t>
        <w:br/>
        <w:t>Як там серце любе,&lt;br /&gt;</w:t>
        <w:br/>
        <w:t>Цілуй, цілуй мене в серце&lt;br /&gt;</w:t>
        <w:br/>
        <w:t>Своїми устами;&lt;br /&gt;</w:t>
        <w:br/>
        <w:t>Так почуєш, як те горе&lt;br /&gt;</w:t>
        <w:br/>
        <w:t>Стука молотками.&lt;br /&gt;</w:t>
        <w:br/>
        <w:t>Ой боже мій, о боже мій!&lt;br /&gt;</w:t>
        <w:br/>
        <w:t>Де те серце діти?&lt;br /&gt;</w:t>
        <w:br/>
        <w:t>Ох, прийдеться з таким серцем&lt;br /&gt;</w:t>
        <w:br/>
        <w:t>На той світ забігти.</w:t>
      </w:r>
    </w:p>
    <w:p>
      <w:r>
        <w:br/>
        <w:t>3&lt;br /&gt;</w:t>
        <w:br/>
        <w:t>Цитьте, вітри! Цитьте, буйні!&lt;br /&gt;</w:t>
        <w:br/>
        <w:t>В лузі не гудіте!&lt;br /&gt;</w:t>
        <w:br/>
        <w:t>Моє горе лягло спати,&lt;br /&gt;</w:t>
        <w:br/>
        <w:t>Так не розбудіте.&lt;br /&gt;</w:t>
        <w:br/>
        <w:t>Ох, заснуло воно в серці,&lt;br /&gt;</w:t>
        <w:br/>
        <w:t>Як в норі гадюка;&lt;br /&gt;</w:t>
        <w:br/>
        <w:t>Наче легше мені стало,&lt;br /&gt;</w:t>
        <w:br/>
        <w:t>Наче менша мука.&lt;br /&gt;</w:t>
        <w:br/>
        <w:t>Цитьте вітри, цитьте, буйні!&lt;br /&gt;</w:t>
        <w:br/>
        <w:t>Горя не будіте!&lt;br /&gt;</w:t>
        <w:br/>
        <w:t>Дайте мені, молодому,&lt;br /&gt;</w:t>
        <w:br/>
        <w:t>Хоч на час спочити!&lt;br /&gt;</w:t>
        <w:br/>
        <w:t>Бо те горе нескінченне,&lt;br /&gt;</w:t>
        <w:br/>
        <w:t>Боже, надоїло;&lt;br /&gt;</w:t>
        <w:br/>
        <w:t>Чую, серденько від його&lt;br /&gt;</w:t>
        <w:br/>
        <w:t>В крові закипіло.&lt;br /&gt;</w:t>
        <w:br/>
        <w:t>Що ж те горе колихало,&lt;br /&gt;</w:t>
        <w:br/>
        <w:t>Від чого заснуло?&lt;br /&gt;</w:t>
        <w:br/>
        <w:t>Мабуть, мила чорнобрива&lt;br /&gt;</w:t>
        <w:br/>
        <w:t>К серцю пригорнула?&lt;br /&gt;</w:t>
        <w:br/>
        <w:t>Сеї ласки я не знаю,&lt;br /&gt;</w:t>
        <w:br/>
        <w:t>В сьому не кохаюсь;&lt;br /&gt;</w:t>
        <w:br/>
        <w:t>Коли тяжко мені стане,&lt;br /&gt;</w:t>
        <w:br/>
        <w:t>К дубу пригортаюсь!&lt;br /&gt;</w:t>
        <w:br/>
        <w:t>Моє горе, моє люте&lt;br /&gt;</w:t>
        <w:br/>
        <w:t>Вздохи колихали;&lt;br /&gt;</w:t>
        <w:br/>
        <w:t>Сльози, пісні жалісливі&lt;br /&gt;</w:t>
        <w:br/>
        <w:t>Його присипляли.&lt;br /&gt;</w:t>
        <w:br/>
        <w:t>Уморили моє горе&lt;br /&gt;</w:t>
        <w:br/>
        <w:t>Не жарти дівочі;&lt;br /&gt;</w:t>
        <w:br/>
        <w:t>Ох, вибили його з сили&lt;br /&gt;</w:t>
        <w:br/>
        <w:t>Безсоннії ночі.&lt;br /&gt;</w:t>
        <w:br/>
        <w:t>Цитьте ж, вітри, не гудіте,&lt;br /&gt;</w:t>
        <w:br/>
        <w:t>Нехай йому спиться!&lt;br /&gt;</w:t>
        <w:br/>
        <w:t>Мука мені, як проснеться:&lt;br /&gt;</w:t>
        <w:br/>
        <w:t>Душа розболиться!&lt;br /&gt;</w:t>
        <w:br/>
        <w:t>Ой загули буйні вітри,&lt;br /&gt;</w:t>
        <w:br/>
        <w:t>Похилились лози:&lt;br /&gt;</w:t>
        <w:br/>
        <w:t>Чую, горе моє встало;&lt;br /&gt;</w:t>
        <w:br/>
        <w:t>Ой де ж мої сльози?</w:t>
      </w:r>
    </w:p>
    <w:p>
      <w:r>
        <w:br/>
        <w:t>4&lt;br /&gt;</w:t>
        <w:br/>
        <w:t>Чом не заплакати в мені?&lt;br /&gt;</w:t>
        <w:br/>
        <w:t>Од сліз би стало, може, легше!&lt;br /&gt;</w:t>
        <w:br/>
        <w:t>Не так душа пеклась в огні,&lt;br /&gt;</w:t>
        <w:br/>
        <w:t>Не так би тліло бідне серце!&lt;br /&gt;</w:t>
        <w:br/>
        <w:t>Ізвісно, де огонь горить,&lt;br /&gt;</w:t>
        <w:br/>
        <w:t>То там і роси опадають;&lt;br /&gt;</w:t>
        <w:br/>
        <w:t>В кого ж душа вконець болить,&lt;br /&gt;</w:t>
        <w:br/>
        <w:t>В того і сльози висихають.&lt;br /&gt;</w:t>
        <w:br/>
        <w:t>О боже мій, о боже мій!&lt;br /&gt;</w:t>
        <w:br/>
        <w:t>Чи я діждусь кінця недугу?&lt;br /&gt;</w:t>
        <w:br/>
        <w:t>Ох, видно, прийдеться мені&lt;br /&gt;</w:t>
        <w:br/>
        <w:t>Нести на небо мою тугу,&lt;br /&gt;</w:t>
        <w:br/>
        <w:t>І там пред богом розказать&lt;br /&gt;</w:t>
        <w:br/>
        <w:t>Мою любов, земнії скорбі,&lt;br /&gt;</w:t>
        <w:br/>
        <w:t>І язви серця показать,&lt;br /&gt;</w:t>
        <w:br/>
        <w:t>А в язвах — кров і чисті сльози,&lt;br /&gt;</w:t>
        <w:br/>
        <w:t>І вірю я, що там мене,&lt;br /&gt;</w:t>
        <w:br/>
        <w:t>Ніхто безумним не назве,&lt;br /&gt;</w:t>
        <w:br/>
        <w:t>Ніхто, ніхто не посміється&lt;br /&gt;</w:t>
        <w:br/>
        <w:t>З моїх скорбей, печалей серця.&lt;br /&gt;</w:t>
        <w:br/>
        <w:t>І так любов мою земну&lt;br /&gt;</w:t>
        <w:br/>
        <w:t>Я за могилу понесу,&lt;br /&gt;</w:t>
        <w:br/>
        <w:t>Не як той гріх, як правду тую,&lt;br /&gt;</w:t>
        <w:br/>
        <w:t>Угодну богу і святую...&lt;br /&gt;</w:t>
        <w:br/>
        <w:t>Но я боюся отсе сказать:&lt;br /&gt;</w:t>
        <w:br/>
        <w:t>Коли ж і там з любов'ю муки&lt;br /&gt;</w:t>
        <w:br/>
        <w:t>Не знають, як і тут, розлуки,&lt;br /&gt;</w:t>
        <w:br/>
        <w:t>То страшно жить і умирать.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Недуг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