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безпечне літо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безпечне лі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