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хто мене зробив орлом...</w:t>
      </w:r>
    </w:p>
    <w:p>
      <w:r>
        <w:br/>
        <w:t xml:space="preserve"> Не знаю, хто мене зробив орлом,&lt;br /&gt;</w:t>
        <w:br/>
        <w:t>Хто кігті дав і дзьоб тяжкий, мов лом,&lt;br /&gt;</w:t>
        <w:br/>
        <w:t>Хто наказав летіти в темну хлань,&lt;br /&gt;</w:t>
        <w:br/>
        <w:t>В безодню, повну стогону й волань...&lt;br /&gt;</w:t>
        <w:br/>
        <w:t>Як Прометей, прикута до скали,&lt;br /&gt;</w:t>
        <w:br/>
        <w:t>Біліла жінка в кублищах імли.&lt;br /&gt;</w:t>
        <w:br/>
        <w:t>І загуділо в дебрі кам'яній:&lt;br /&gt;</w:t>
        <w:br/>
        <w:t>"Лети до неї й вирви серце їй!"&lt;br /&gt;</w:t>
        <w:br/>
        <w:t>Я зрозумів, що обрано мене&lt;br /&gt;</w:t>
        <w:br/>
        <w:t>На діло помсти, люте і страшне;&lt;br /&gt;</w:t>
        <w:br/>
        <w:t>Затих у пропастях наказу гул,&lt;br /&gt;</w:t>
        <w:br/>
        <w:t>Я підлетів до жінки навпритул —&lt;br /&gt;</w:t>
        <w:br/>
        <w:t>Вона була обдерта до наги,&lt;br /&gt;</w:t>
        <w:br/>
        <w:t>На ній висіли тільки ланцюги.&lt;br /&gt;</w:t>
        <w:br/>
        <w:t>На мить мені здалося, що вона&lt;br /&gt;</w:t>
        <w:br/>
        <w:t>Була неначе лялька льодяна.&lt;br /&gt;</w:t>
        <w:br/>
        <w:t>Дивилася, немовби синій страх&lt;br /&gt;</w:t>
        <w:br/>
        <w:t>Замерз в її зіницях на вітрах.&lt;br /&gt;</w:t>
        <w:br/>
        <w:t>Та в стогонах я розпізнав слова&lt;br /&gt;</w:t>
        <w:br/>
        <w:t>І зрозумів — вона жива, жива!&lt;br /&gt;</w:t>
        <w:br/>
        <w:t>О, той, хто десь гукав собі вгорі,&lt;br /&gt;</w:t>
        <w:br/>
        <w:t>Хто дав мені клювак і пазурі,&lt;br /&gt;</w:t>
        <w:br/>
        <w:t>Хоч скільки прикладав жаги й завзять,&lt;br /&gt;</w:t>
        <w:br/>
        <w:t>Не зміг у мене серце людське взять!&lt;br /&gt;</w:t>
        <w:br/>
        <w:t>Її крильми широкими я вкрив —&lt;br /&gt;</w:t>
        <w:br/>
        <w:t>І впали з неї ланцюги в обрив,&lt;br /&gt;</w:t>
        <w:br/>
        <w:t>І на її обличчі сніг розтав —&lt;br /&gt;</w:t>
        <w:br/>
        <w:t>Я в ній свою кохану розпізнав...&lt;br /&gt;</w:t>
        <w:br/>
        <w:t>Мене збудив мій одчайдушний крик,&lt;br /&gt;</w:t>
        <w:br/>
        <w:t>Химерний сон з душі злетів і зник,&lt;br /&gt;</w:t>
        <w:br/>
        <w:t>А та, що важко снилася мені,&lt;br /&gt;</w:t>
        <w:br/>
        <w:t>Лежала біля мене в тихім сні.&lt;br /&gt;</w:t>
        <w:br/>
        <w:t>"Пробач,— до неї мовив я крізь плач,-&lt;br /&gt;</w:t>
        <w:br/>
        <w:t>За все, що ти пережила, пробач!"&lt;br /&gt;</w:t>
        <w:br/>
        <w:t>Їй дивною моя печаль була,&lt;br /&gt;</w:t>
        <w:br/>
        <w:t>І, хоч нікому не вчинив я зла,&lt;br /&gt;</w:t>
        <w:br/>
        <w:t>Цей сон, що засвітився крізь віки,&lt;br /&gt;</w:t>
        <w:br/>
        <w:t>Палив моє сумління і думки;&lt;br /&gt;</w:t>
        <w:br/>
        <w:t>Благословив я днину мовчкома,&lt;br /&gt;</w:t>
        <w:br/>
        <w:t>Що кликала мене, як та сурма,&lt;br /&gt;</w:t>
        <w:br/>
        <w:t>В нові турботи і знімала з пліч&lt;br /&gt;</w:t>
        <w:br/>
        <w:t>Тягар провин, навіяних за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хто мене зробив орлом...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