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замела слідів ні заметіль, ні віхола...</w:t>
      </w:r>
    </w:p>
    <w:p>
      <w:r>
        <w:br/>
        <w:t xml:space="preserve"> "Промайнуло, промайнуло,&lt;br /&gt;</w:t>
        <w:br/>
        <w:t>Замела вишнева заметіль сліди".&lt;br /&gt;</w:t>
        <w:br/>
        <w:t>Микола Кравців</w:t>
      </w:r>
    </w:p>
    <w:p>
      <w:r>
        <w:br/>
        <w:t>Не замела слідів ні заметіль, ні віхола,&lt;br /&gt;</w:t>
        <w:br/>
        <w:t>І не пропав твій голос на вітрах.&lt;br /&gt;</w:t>
        <w:br/>
        <w:t>Твоя душа, що так рясніла втіхами,&lt;br /&gt;</w:t>
        <w:br/>
        <w:t>Витає білим птахом в небесах.&lt;br /&gt;</w:t>
        <w:br/>
        <w:t>Живеш ти, брате, у рядках віршованих,&lt;br /&gt;</w:t>
        <w:br/>
        <w:t>У тихім сумі сосен і ялиць.&lt;br /&gt;</w:t>
        <w:br/>
        <w:t>Твої слова, мереживом гаптовані,&lt;br /&gt;</w:t>
        <w:br/>
        <w:t>Ясніють дивом в травах горілиць.&lt;br /&gt;</w:t>
        <w:br/>
        <w:t>Тобою нива поетична зорана&lt;br /&gt;</w:t>
        <w:br/>
        <w:t>І колосом підноситься в блакить.&lt;br /&gt;</w:t>
        <w:br/>
        <w:t>Ти нас не кинув, повінчавшись з зорями,&lt;br /&gt;</w:t>
        <w:br/>
        <w:t>А відійшов молитвою на 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замела слідів ні заметіль, ні віхола...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