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захвати солодкого зомління...</w:t>
      </w:r>
    </w:p>
    <w:p>
      <w:r>
        <w:br/>
        <w:t xml:space="preserve"> Монологи про кохання&lt;br /&gt;</w:t>
        <w:br/>
        <w:t>(Уривок)</w:t>
      </w:r>
    </w:p>
    <w:p>
      <w:r>
        <w:br/>
        <w:t>II</w:t>
      </w:r>
    </w:p>
    <w:p>
      <w:r>
        <w:br/>
        <w:t>Не захвати солодкого зомління,&lt;br /&gt;</w:t>
        <w:br/>
        <w:t>Не пестощів пекучая жага&lt;br /&gt;</w:t>
        <w:br/>
        <w:t>З'ясують нам ті чарівні боління,&lt;br /&gt;</w:t>
        <w:br/>
        <w:t>Які любов у серця вимага.&lt;br /&gt;</w:t>
        <w:br/>
        <w:t>Кохання — спів, зальот душі — не тіла,&lt;br /&gt;</w:t>
        <w:br/>
        <w:t>Зоря з-за хмар, веселка дощова;&lt;br /&gt;</w:t>
        <w:br/>
        <w:t>Вона ростить у нас незримі крила&lt;br /&gt;</w:t>
        <w:br/>
        <w:t>І до країн незнаних порива.&lt;br /&gt;</w:t>
        <w:br/>
        <w:t>Душа у нас болить від самотини,&lt;br /&gt;</w:t>
        <w:br/>
        <w:t>Рвучися все з земних важких заліз,&lt;br /&gt;</w:t>
        <w:br/>
        <w:t>Вона жада поради і дружини,&lt;br /&gt;</w:t>
        <w:br/>
        <w:t>Жада розкош в багатті спільних сліз&amp;hellip;&lt;br /&gt;</w:t>
        <w:br/>
        <w:t>Зі мною ти, моя красо-богине, —&lt;br /&gt;</w:t>
        <w:br/>
        <w:t>Що мовити? Душа у нас одна —&lt;br /&gt;</w:t>
        <w:br/>
        <w:t>І цілий мир в очу твоєму гине,&lt;br /&gt;</w:t>
        <w:br/>
        <w:t>І світ новий, баєчний вирина&amp;hellip;&lt;br /&gt;</w:t>
        <w:br/>
        <w:t>О люба ніч! Ти появляєш мрії&lt;br /&gt;</w:t>
        <w:br/>
        <w:t>Й невиразні краси в зористій млі&amp;hellip;&lt;br /&gt;</w:t>
        <w:br/>
        <w:t>Як чарівно ген промені блідії&lt;br /&gt;</w:t>
        <w:br/>
        <w:t>Мереживом срібляться по землі!&lt;br /&gt;</w:t>
        <w:br/>
        <w:t>В обіймища сплелись сутінів зграї,&lt;br /&gt;</w:t>
        <w:br/>
        <w:t>Отрутою пашать нічні квітки,&lt;br /&gt;</w:t>
        <w:br/>
        <w:t>І шепотять про втіхи в темнім гаї&lt;br /&gt;</w:t>
        <w:br/>
        <w:t>До місяця закохані мавки&amp;hellip;&lt;br /&gt;</w:t>
        <w:br/>
        <w:t>Все повно чар і виростає з міри,&lt;br /&gt;</w:t>
        <w:br/>
        <w:t>Минулеє з прийдешнім ізлилось;&lt;br /&gt;</w:t>
        <w:br/>
        <w:t>Душа зорить в дитиннім сяйві віри,&lt;br /&gt;</w:t>
        <w:br/>
        <w:t>Бажається незбутнього чогось&amp;hellip;&lt;br /&gt;</w:t>
        <w:br/>
        <w:t>Зріднили нас незмислені хвилини&lt;br /&gt;</w:t>
        <w:br/>
        <w:t>І захвати розкошів неземних;&lt;br /&gt;</w:t>
        <w:br/>
        <w:t>Вчуваються і пісні янголині,&lt;br /&gt;</w:t>
        <w:br/>
        <w:t>І тихий дзвін струн легких, золотих.&lt;br /&gt;</w:t>
        <w:br/>
        <w:t>Моя красо! Моє святе кохання,&lt;br /&gt;</w:t>
        <w:br/>
        <w:t>З тобою я зіллю своє буття —&lt;br /&gt;</w:t>
        <w:br/>
        <w:t>Тобі віддам усі свої бажання,&lt;br /&gt;</w:t>
        <w:br/>
        <w:t>В тобі знайду весь світ, всі почуття!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захвати солодкого зомління...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