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все як слід в житті у мене склалось...</w:t>
      </w:r>
    </w:p>
    <w:p>
      <w:r>
        <w:br/>
        <w:t xml:space="preserve"> Не все як слід в житті у мене склалось...&lt;br /&gt;</w:t>
        <w:br/>
        <w:t>А зрілість до минулого зірка,&lt;br /&gt;</w:t>
        <w:br/>
        <w:t>Бо те, що морем в двадцять літ здавалось,&lt;br /&gt;</w:t>
        <w:br/>
        <w:t>Водиці жменя — після сорока.</w:t>
      </w:r>
    </w:p>
    <w:p>
      <w:r>
        <w:br/>
        <w:t>Вже молодість минула сонцелика,&lt;br /&gt;</w:t>
        <w:br/>
        <w:t>Було вже стільки пройдено доріг,&lt;br /&gt;</w:t>
        <w:br/>
        <w:t>Коли дізнався, що життя — велике,&lt;br /&gt;</w:t>
        <w:br/>
        <w:t>Але короткий у людини вік.</w:t>
      </w:r>
    </w:p>
    <w:p>
      <w:r>
        <w:br/>
        <w:t>Раніше я про підсумки не думав,&lt;br /&gt;</w:t>
        <w:br/>
        <w:t>Далекими здавались ті часи.&lt;br /&gt;</w:t>
        <w:br/>
        <w:t>А нині бачу з гіркотою й сумом:&lt;br /&gt;</w:t>
        <w:br/>
        <w:t>Не все, що б зміг, поклав на терези.</w:t>
      </w:r>
    </w:p>
    <w:p>
      <w:r>
        <w:br/>
        <w:t>Вітчизно, я в боргу перед тобою.&lt;br /&gt;</w:t>
        <w:br/>
        <w:t>Щодень жертовно жити не зумів:&lt;br /&gt;</w:t>
        <w:br/>
        <w:t>Де мав мовчати, поспішав з хвальбою,&lt;br /&gt;</w:t>
        <w:br/>
        <w:t>Де міг кричати, тамував свій гнів.</w:t>
      </w:r>
    </w:p>
    <w:p>
      <w:r>
        <w:br/>
        <w:t>Я, може, й заслужив твоїх докорів,&lt;br /&gt;</w:t>
        <w:br/>
        <w:t>Але засвідчу сивиною скронь,&lt;br /&gt;</w:t>
        <w:br/>
        <w:t>Що був з тобою у смертельнім горі,&lt;br /&gt;</w:t>
        <w:br/>
        <w:t>Ішов за тебе у жахкий вогонь.</w:t>
      </w:r>
    </w:p>
    <w:p>
      <w:r>
        <w:br/>
        <w:t>Я спопелілим був наполовину, —&lt;br /&gt;</w:t>
        <w:br/>
        <w:t>Тож відкидаю сумніви і страх:&lt;br /&gt;</w:t>
        <w:br/>
        <w:t>Якщо й не подолав усі вершини,&lt;br /&gt;</w:t>
        <w:br/>
        <w:t>То гідно вмерти — ще в моїх руках.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все як слід в житті у мене склалось...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