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пустелі мовчання</w:t>
      </w:r>
    </w:p>
    <w:p>
      <w:r>
        <w:br/>
        <w:t xml:space="preserve"> Не в пустелі мовчання ми живемо,&lt;br /&gt;</w:t>
        <w:br/>
        <w:t>А зриваємо з себе чужинське ярмо.&lt;br /&gt;</w:t>
        <w:br/>
        <w:t>Ми впускаємо в душі дніпровий розлив,&lt;br /&gt;</w:t>
        <w:br/>
        <w:t>Української пісні нам любий мотив.</w:t>
      </w:r>
    </w:p>
    <w:p>
      <w:r>
        <w:br/>
        <w:t>Ми до болю стискаємо в грудях серця,&lt;br /&gt;</w:t>
        <w:br/>
        <w:t>Коли хтось забуває про матір й отця,&lt;br /&gt;</w:t>
        <w:br/>
        <w:t>Коли хтось насміхається з наших синів,&lt;br /&gt;</w:t>
        <w:br/>
        <w:t>І до покручів різних скипає наш гнів.</w:t>
      </w:r>
    </w:p>
    <w:p>
      <w:r>
        <w:br/>
        <w:t>Ми народжені з дива й небесних озер,&lt;br /&gt;</w:t>
        <w:br/>
        <w:t>В нас козацька звитяга живе дотепер.&lt;br /&gt;</w:t>
        <w:br/>
        <w:t>Ми в пориві до волі, немов тятива,&lt;br /&gt;</w:t>
        <w:br/>
        <w:t>Що наводить стрілу, де ворожа брова.</w:t>
      </w:r>
    </w:p>
    <w:p>
      <w:r>
        <w:br/>
        <w:t>Ми — шляхетний народ, маєм свій маєстат,&lt;br /&gt;</w:t>
        <w:br/>
        <w:t>Хоч пройшли крізь горнило неволі і страт,&lt;br /&gt;</w:t>
        <w:br/>
        <w:t>Хоч в катівнях і тюрмах вмирали нераз&lt;br /&gt;</w:t>
        <w:br/>
        <w:t>І найгіршими морами нищили нас.</w:t>
      </w:r>
    </w:p>
    <w:p>
      <w:r>
        <w:br/>
        <w:t>Обнімається Київ і Галич віки...&lt;br /&gt;</w:t>
        <w:br/>
        <w:t>Тож чи треба нам зайд і чужої руки?&lt;br /&gt;</w:t>
        <w:br/>
        <w:t>Тож чи треба, щоб плакала кобзи струна,&lt;br /&gt;</w:t>
        <w:br/>
        <w:t>І молитва була, наче осінь сумна?</w:t>
      </w:r>
    </w:p>
    <w:p>
      <w:r>
        <w:br/>
        <w:t>Станьмо купно на Рідного Дому поріг,&lt;br /&gt;</w:t>
        <w:br/>
        <w:t>Хто душею не зчерств і хто гідність зберіг!&lt;br /&gt;</w:t>
        <w:br/>
        <w:t>Чашу волі жаданої спиймо до дна —&lt;br /&gt;</w:t>
        <w:br/>
        <w:t>У нас пісня одна й Україна одна.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пустелі мовчання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