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перевелося!</w:t>
      </w:r>
    </w:p>
    <w:p>
      <w:r>
        <w:br/>
        <w:t xml:space="preserve"> &lt;p&gt;Ми по-літньому вибралися на знайомі пригоринські крутосхили, бо тепло-тепло було і сонячно-сонячно. Навіть не вірилося, що оце вже вересень снує над Поліссям срібні павутинки.</w:t>
      </w:r>
    </w:p>
    <w:p>
      <w:r>
        <w:br/>
        <w:t>Цього разу замахнулися знайти відкасника татарниколистого. Далеко не кожен ботанік може похвалитися, що зустрічав цю рослину. Бо в нас на неї можна деколи наткнутися лише на вапнякових схилах розтоцько-опільських лісів та в західній частині лісостепу. До речі, за межами Радянського Союзу вона росте ще тільки в Польщі, але там така рідкісна, що взята під індивідуальну охорону. Головне, що приваблює у відкаснику, — це велике і оригінальне блідо-жовте суцвіття-кошик, діаметр якого до двадцяти сантиметрів. І це суцвіття не гойдається на стеблі, як у інших рослин, а лежить прямо на землі, наче тарілочка. Тільки й того, що обрамлене колючим зубчастим листям. Те листя, якому належить відлякувати всіляких непроханих гостей, насправді робить суцвіття ще привабливішим, і важко знайти таку людину, яка проминула б його без уваги.</w:t>
      </w:r>
    </w:p>
    <w:p>
      <w:r>
        <w:br/>
        <w:t>Зрозуміло, відкасника татарниколистого у вазу на столі не поставиш, дарувати комусь у букеті теж не будеш — не вплітається він у букет. Однак, побачивши, людина чомусь не промине нагоди його зірвати. Хай навіть і руки поколе об колюче листя.</w:t>
      </w:r>
    </w:p>
    <w:p>
      <w:r>
        <w:br/>
        <w:t>Відкасник татарниколистий теж дуже давня рослина, належить до реліктів третинного періоду. Проте в розряд рідкісних потрапив уже у двадцятому столітті. Недавно один ботанік стверджував, що ця рослина збереглася на Україні тільки подекуди на схилах Вороняків Львівської області і ніде більше. Що ж, тим заманливіше для нас знайти її на Ровенщині. Зараз саме відкасник має цвісти, отже, найбільш примітний.</w:t>
      </w:r>
    </w:p>
    <w:p>
      <w:r>
        <w:br/>
        <w:t>Ми знайшли відкасника відразу ж на першій галявині. На жаль, не татарниколистого, а іншого. У "нашого" виявилося височеньке стебло, а квітка не така вже й велика. Та знахідка ще більше вселила в нас надію, що знайдемо й татарниколистого.</w:t>
      </w:r>
    </w:p>
    <w:p>
      <w:r>
        <w:br/>
        <w:t>Проте чим далі, тим менше залишалося впевненості. Річ у тому, що крутосхили чомусь припали до вподоби виводкові диких свиней, ці тварюки недавно все буквально переорали тут. На деяких галявинах, було, жмені трави не знайти, не те що відкасника.</w:t>
      </w:r>
    </w:p>
    <w:p>
      <w:r>
        <w:br/>
        <w:t>— Оце насвинячили! — обурювався я.</w:t>
      </w:r>
    </w:p>
    <w:p>
      <w:r>
        <w:br/>
        <w:t>— Вони, як розібратися, більше від нас прав мають на ці схили, бо ж лісові мешканці,— заспокоював Іван Михайлович. — Та й добру справу зробили. Наступного літа тут знаєте які трави загудуть?! Це ж обновлення рослинності…</w:t>
      </w:r>
    </w:p>
    <w:p>
      <w:r>
        <w:br/>
        <w:t>"Воно так, — думав я собі,— але ж відкасника татарниколистого до "Червоної книги" занесено! А дикий кабан не обминув його, схрумав, певно, як ласощі… Проте звідки тварині те знати?.."</w:t>
      </w:r>
    </w:p>
    <w:p>
      <w:r>
        <w:br/>
        <w:t>Пригадалася одна давня книга. У ній писалося, що понад двісті років тому відкасник і для багатьох людей був якщо не ласощами, то досить смачною поживою. Ті, хто куштував приготоване з суцвіть відкасника пюре, запевняли, що за смаком воно ні в чому не поступається перед картопляним. Автор тієї книжки всерйоз розмірковував: чому б на пісних і не придатних до обробітку грунтах не вирощувати відкасника? Адже це там, де не родить картопля, давало б їй заміну.</w:t>
      </w:r>
    </w:p>
    <w:p>
      <w:r>
        <w:br/>
        <w:t>Сьогодні така пропозиція здається досить дивною. Де вже тут вести мову про відкасника як замінника бараболі! Аби хоч для науки зберегти.</w:t>
      </w:r>
    </w:p>
    <w:p>
      <w:r>
        <w:br/>
        <w:t>На березі Горині набрели на нашого спільного знайомого. Він ловив рибу, зручно розташувавшись зі своїми трьома вудками у затінку черемхи.</w:t>
      </w:r>
    </w:p>
    <w:p>
      <w:r>
        <w:br/>
        <w:t>— Не везе, кажете? — примружився знайомий. — І мені теж. Вважай, добрих п’ять годин простовбичив тут, а всього якихось півтора десятка пліточок упіймав. Раніше, було, вже як заберешся у цю глухомань, то недаремно: тільки встигай закидати. А зараз — тьфу! — нічим перед сусідами похвалитися. Геть чисто переводиться риба в Горині.</w:t>
      </w:r>
    </w:p>
    <w:p>
      <w:r>
        <w:br/>
        <w:t>Ні, нам таки повезло, і ми зустрілися з дивом. Зі справжнім!</w:t>
      </w:r>
    </w:p>
    <w:p>
      <w:r>
        <w:br/>
        <w:t>Виходимо ото на галявину. Вірніше, навіть не на галявину, а на широченьке поле, обрамлене лісом. І все те поле раптом лілово-рожеве — цвіте верес…</w:t>
      </w:r>
    </w:p>
    <w:p>
      <w:r>
        <w:br/>
        <w:t>Ступаємо кілька кроків — наче по товстелезному пухкому килиму. П’янить медовий запах. Чогось так і хочеться розпластатися горілиць у цьому духмяному буйноквітті.</w:t>
      </w:r>
    </w:p>
    <w:p>
      <w:r>
        <w:br/>
        <w:t>— Покачаємося? — вгадує мою думку Іван Михайлович. І, знявши рюкзака, плюхається ницьма додолу. Ще й руки розкинув. Я тут і собі шубовсть у звабливу прохолоду вересу. Так легко і радісно! Хочеться сміятися, співати. Качаємося, як діти. Навіть співаємо щось, правда, кожен своє і не в лад, та це байдуже.</w:t>
      </w:r>
    </w:p>
    <w:p>
      <w:r>
        <w:br/>
        <w:t>Прямо перед очима в мене хитається гілка вересу. Дрібненькі зелені-зелені листочки, мініатюрні квіточки, зібрані у довгу китицю. І все це — ніби щойно вирізьблене чарівником-скульптором з якогось матеріалу небаченої краси. Хоч знаю, скульптор цей — Природа, та не можу не дивуватися його майстерності.</w:t>
      </w:r>
    </w:p>
    <w:p>
      <w:r>
        <w:br/>
        <w:t>Вереси —</w:t>
      </w:r>
    </w:p>
    <w:p>
      <w:r>
        <w:br/>
        <w:t>Цвіт поліської краси…</w:t>
      </w:r>
    </w:p>
    <w:p>
      <w:r>
        <w:br/>
        <w:t>Це Іван Михайлович затягує.</w:t>
      </w:r>
    </w:p>
    <w:p>
      <w:r>
        <w:br/>
        <w:t>— Самі склали?</w:t>
      </w:r>
    </w:p>
    <w:p>
      <w:r>
        <w:br/>
        <w:t>— Ні, хитнув головою, — народна пісня. А народ уміє підмічати, це вже точно.</w:t>
      </w:r>
    </w:p>
    <w:p>
      <w:r>
        <w:br/>
        <w:t>І далі наспівує:</w:t>
      </w:r>
    </w:p>
    <w:p>
      <w:r>
        <w:br/>
        <w:t>Цвіте верес на Поліссі —</w:t>
      </w:r>
    </w:p>
    <w:p>
      <w:r>
        <w:br/>
        <w:t>Мед буде…</w:t>
      </w:r>
    </w:p>
    <w:p>
      <w:r>
        <w:br/>
        <w:t>Раптом схоплюється на ноги. Тре ліву руку, сикає від болю і в той же час сміється:</w:t>
      </w:r>
    </w:p>
    <w:p>
      <w:r>
        <w:br/>
        <w:t>— А, щоб його! Бджола вкусила… С-с… Так мені й треба. Співаю "мед буде", а сам бджілкам заважаю цей мед збирати.</w:t>
      </w:r>
    </w:p>
    <w:p>
      <w:r>
        <w:br/>
        <w:t>Чомусь тільки зараз завважую, що вересове поле аж дзвоном дзвенить, аж співає, стільки бджіл на ньому трудиться. Справді, "цвіте верес на Поліссі — мед буде"!</w:t>
      </w:r>
    </w:p>
    <w:p>
      <w:r>
        <w:br/>
        <w:t>Поминаємо галявину. Носаль хитрувато мружиться:</w:t>
      </w:r>
    </w:p>
    <w:p>
      <w:r>
        <w:br/>
        <w:t>— То до яких рослин віднесемо верес?</w:t>
      </w:r>
    </w:p>
    <w:p>
      <w:r>
        <w:br/>
        <w:t>Я не вагаюся:</w:t>
      </w:r>
    </w:p>
    <w:p>
      <w:r>
        <w:br/>
        <w:t>— До рідкісних!</w:t>
      </w:r>
    </w:p>
    <w:p>
      <w:r>
        <w:br/>
        <w:t>…Вдалині від річки нас чомусь охопило гнітюче почуття. Спочатку не могли зрозуміти, чого б це. Але згодом переконалися: тому, що в лісі дуже сухо. Ідеш, а листя монотонно шурх-шурх під ногами. Жолуді падають — шурх-шурх-шурх! Вітерець пробіжить — шурх-шурх! Не те що їстівного гриба — поганого мухомора ніде не видно. А все живе ніби вимерло. Зрідка пискне якась пташина, та й та одразу ж замовкне, ніби злякавшись власного голосу. Все зело стало чахле, похилилося. На що вже невибаглива жалюча кропива, а й на ній листя поскручувалося від посухи.</w:t>
      </w:r>
    </w:p>
    <w:p>
      <w:r>
        <w:br/>
        <w:t>Шурх-шурх… Шурх-шурх… Здається, це ліс шепоче спрагло: пити… пити… Тішимося думкою, що вже не довго чекати лісові. Якщо вже настала осінь, то дощі обов’язково будуть.</w:t>
      </w:r>
    </w:p>
    <w:p>
      <w:r>
        <w:br/>
        <w:t>Де-не-де зблисне під ногами червона ягода брусниці. Визбирали уже.</w:t>
      </w:r>
    </w:p>
    <w:p>
      <w:r>
        <w:br/>
        <w:t>— На Поліссі брусницю з давніх-давен вважають однією з найкращих ягід, — розповідає Іван Михайлович. — І на те мають усі підстави. Адже ця ягода дуже довго зберігається свіжою. Особливо коли її залити чистою водою. Раніше поліщуки робили так: у невеличку бочечку крізь отвір у денці засипали брусницю, заливали холодною кип’яченою водою і забивали чіп. Бочечку опускали в криницю. А серед зими витягували і мали свіжі брусниці та ще й приємний на смак вітамінізований напій. Нерідко в криницю опускали дві бочечки. Тоді другу відкривали аж напровесні, коли для людського організму особливо необхідні вітаміни. Це тепер у магазинах всілякі там соки та джеми в будь-яку пору купляй, а лимони, мандарини та апельсини з усього світу привозять. А колись нічого цього не було, от і виручала брусниця. Зараз здебільшого люди забули цей спосіб зберігання брусниць. А жаль. Ця ягода і нині на Новий рік чи на Восьме березня не завадила б…</w:t>
      </w:r>
    </w:p>
    <w:p>
      <w:r>
        <w:br/>
        <w:t>Наблизилися знову до Горині і відразу переміну вловили: ніби дихати стало легше. Відчувається, вода поруч. Усе навкруги веселіше.</w:t>
      </w:r>
    </w:p>
    <w:p>
      <w:r>
        <w:br/>
        <w:t>Біля завороту річки несподівано почули:</w:t>
      </w:r>
    </w:p>
    <w:p>
      <w:r>
        <w:br/>
        <w:t>— Сергію, Сергію! Сюди!..</w:t>
      </w:r>
    </w:p>
    <w:p>
      <w:r>
        <w:br/>
        <w:t>Щось у цьому голосі було таке, що ми й собі щодуху кинулися в той бік.</w:t>
      </w:r>
    </w:p>
    <w:p>
      <w:r>
        <w:br/>
        <w:t>На березі тупцював хлопець років п’ятнадцяти. Він обома руками тримав кінець товстого вудлища з ліщини, а щось невидиме тягло вудку вниз за течією. У цю мить підскочив другий хлопець, певне, той самий Сергій, якого кликали. Удвох вони щосили потягли вудку до себе. Біля берега завирувала вода — на гачку борсалася велика щука.</w:t>
      </w:r>
    </w:p>
    <w:p>
      <w:r>
        <w:br/>
        <w:t>Нарешті рибину витягли. Хлопець схопив її на оберемок, одніс далеко від води й поклав у траву. Зморена боротьбою, щука навіть не підстрибувала, тільки раз у раз "плямкала" червоними зябрами. А хлопець стояв біля неї і весь аж трусився від хвилювання.</w:t>
      </w:r>
    </w:p>
    <w:p>
      <w:r>
        <w:br/>
        <w:t>— Оце улов! — захоплювалися ми.</w:t>
      </w:r>
    </w:p>
    <w:p>
      <w:r>
        <w:br/>
        <w:t>Сергій узяв палицю, сунув щуці в рот. Та закусила її і не пускала.</w:t>
      </w:r>
    </w:p>
    <w:p>
      <w:r>
        <w:br/>
        <w:t>— Не менше десяти кілограмів, — визначив Іван Михайлович. — А ще кажуть, що в Горині риба перевелася…</w:t>
      </w:r>
    </w:p>
    <w:p>
      <w:r>
        <w:br/>
        <w:t>Раптом він штовхнув мене у плече:</w:t>
      </w:r>
    </w:p>
    <w:p>
      <w:r>
        <w:br/>
        <w:t>— О, і це не перевелося!</w:t>
      </w:r>
    </w:p>
    <w:p>
      <w:r>
        <w:br/>
        <w:t>Показує не на щуку, а трохи вбік.</w:t>
      </w:r>
    </w:p>
    <w:p>
      <w:r>
        <w:br/>
        <w:t>Я навіть очі протер — ні, таки він, відкасник татарниколистий! Наче тарілочка у зеленому віночку з листя. Любісінько красується собі на сонці.</w:t>
      </w:r>
    </w:p>
    <w:p>
      <w:r>
        <w:br/>
        <w:t>Нахиляюся над суцвіттям.</w:t>
      </w:r>
    </w:p>
    <w:p>
      <w:r>
        <w:br/>
        <w:t>Відчуваю, як з хвилювання починають тремтіти руки… Це від радощів.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перевелося!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