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для дітей</w:t>
      </w:r>
    </w:p>
    <w:p>
      <w:r>
        <w:br/>
        <w:t xml:space="preserve"> — Краще померти стоячи,&lt;br /&gt;</w:t>
        <w:br/>
        <w:t>Ніж на колінах жити! –&lt;br /&gt;</w:t>
        <w:br/>
        <w:t>Сказав учитель історії&lt;br /&gt;</w:t>
        <w:br/>
        <w:t>Дітям.</w:t>
      </w:r>
    </w:p>
    <w:p>
      <w:r>
        <w:br/>
        <w:t>Слухайте, діти, вчителя,&lt;br /&gt;</w:t>
        <w:br/>
        <w:t>Слухайте маму й тата,&lt;br /&gt;</w:t>
        <w:br/>
        <w:t>І дай вам Бог тільки з читанок&lt;br /&gt;</w:t>
        <w:br/>
        <w:t>Про це читати.</w:t>
      </w:r>
    </w:p>
    <w:p>
      <w:r>
        <w:br/>
        <w:t>Так... "Краще померти стоячи..."&lt;br /&gt;</w:t>
        <w:br/>
        <w:t>Сказано мужньо і строго.&lt;br /&gt;</w:t>
        <w:br/>
        <w:t>…А в них були перебиті&lt;br /&gt;</w:t>
        <w:br/>
        <w:t>Ноги.</w:t>
      </w:r>
    </w:p>
    <w:p>
      <w:r>
        <w:br/>
        <w:t>Вони піднялись на колінах –&lt;br /&gt;</w:t>
        <w:br/>
        <w:t>І впало вороння крепом.&lt;br /&gt;</w:t>
        <w:br/>
        <w:t>...Ой зросла у полі червона калина,&lt;br /&gt;</w:t>
        <w:br/>
        <w:t>А над нею — синє небо...&lt;br /&gt;</w:t>
        <w:br/>
        <w:t>Це я не вам, діти.</w:t>
      </w:r>
    </w:p>
    <w:p>
      <w:r>
        <w:br/>
        <w:t>Я просто думаю, діти,&lt;br /&gt;</w:t>
        <w:br/>
        <w:t>Що можна і на колінах&lt;br /&gt;</w:t>
        <w:br/>
        <w:t>Померти краще, ніж стоячи жити.</w:t>
      </w:r>
    </w:p>
    <w:p>
      <w:r>
        <w:br/>
        <w:t>...Діти,&lt;br /&gt;</w:t>
        <w:br/>
        <w:t>Читайте історію.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для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