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цілого світу сьогодні для мене замало...</w:t>
      </w:r>
    </w:p>
    <w:p>
      <w:r>
        <w:br/>
        <w:t xml:space="preserve"> Навіть цілого світу сьогодні для мене замало,&lt;br /&gt;</w:t>
        <w:br/>
        <w:t>Уже осінь смеркає, яку закликала-чекала…&lt;br /&gt;</w:t>
        <w:br/>
        <w:t>А мене ж зупиняли: любов заведе в нікуди,&lt;br /&gt;</w:t>
        <w:br/>
        <w:t>А мені ж говорили, що далі лише холоди,</w:t>
      </w:r>
    </w:p>
    <w:p>
      <w:r>
        <w:br/>
        <w:t>Що важка ця поклажа, аби пронести через зими.&lt;br /&gt;</w:t>
        <w:br/>
        <w:t>Вона щось таки значить… Та хто ж її далі нестиме?&lt;br /&gt;</w:t>
        <w:br/>
        <w:t>І повіриш на хвилю, що небо сліпе і пусте,&lt;br /&gt;</w:t>
        <w:br/>
        <w:t>Що ішла не туди і робила не так і не те….</w:t>
      </w:r>
    </w:p>
    <w:p>
      <w:r>
        <w:br/>
        <w:t>Не спинити вітрів. Жовте листя холодним відпливом&lt;br /&gt;</w:t>
        <w:br/>
        <w:t>І сумує вікно в летаргії осінньої зливи.&lt;br /&gt;</w:t>
        <w:br/>
        <w:t>Ще – ріка і дорога. Та ще – сирівцева петля…&lt;br /&gt;</w:t>
        <w:br/>
        <w:t>Щоб килим розпустити… Щоб усе із кінця, чи нуля.</w:t>
      </w:r>
    </w:p>
    <w:p>
      <w:r>
        <w:br/>
        <w:t>І себе відпустити – без жодних толкових пояснень,&lt;br /&gt;</w:t>
        <w:br/>
        <w:t>Бо мені із собою направду нічого неясно,&lt;br /&gt;</w:t>
        <w:br/>
        <w:t>Бо навіщо шукати незвідані стежки нові,&lt;br /&gt;</w:t>
        <w:br/>
        <w:t>А смутний листопад зігрівати в своїм рукаві…</w:t>
      </w:r>
    </w:p>
    <w:p>
      <w:r>
        <w:br/>
        <w:t>Навіть вічності мало, вона над судьбою безсила,&lt;br /&gt;</w:t>
        <w:br/>
        <w:t>А життя лиш одне… Говорили мені, говорили…&lt;br /&gt;</w:t>
        <w:br/>
        <w:t>Тягну, тягну за нитку – сумую над нашим гніздом,&lt;br /&gt;</w:t>
        <w:br/>
        <w:t>Жовтий лист догорає. Із серцем, із серцем разом…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цілого світу сьогодні для мене замало...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