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Навіть коли не знаю де ти...</w:t>
      </w:r>
    </w:p>
    <w:p>
      <w:r>
        <w:br/>
        <w:t xml:space="preserve"> навіть коли не знаю де ти і як ти є мені хочеться&lt;br /&gt;</w:t>
        <w:br/>
        <w:t>з тобою говорити переступаючи з лапи на лапу&lt;br /&gt;</w:t>
        <w:br/>
        <w:t>весело вимахуючи хвостом розповісти тобі чого не вмію&lt;br /&gt;</w:t>
        <w:br/>
        <w:t>розповідати більше нікому в світі</w:t>
      </w:r>
    </w:p>
    <w:p>
      <w:r>
        <w:br/>
        <w:t>хочу розповісти тобі яка красива буває в річках вода&lt;br /&gt;</w:t>
        <w:br/>
        <w:t>і які чудернацькі ходять в лісах звірі яка досконала і добра&lt;br /&gt;</w:t>
        <w:br/>
        <w:t>западає тиша після заходу сонця і як на озері&lt;br /&gt;</w:t>
        <w:br/>
        <w:t>міцно померз лід хочу розповісти який увесь світ&lt;br /&gt;</w:t>
        <w:br/>
        <w:t>красивий і як багато за все що в ньому є хочеться дякувати&lt;br /&gt;</w:t>
        <w:br/>
        <w:t>за все що приходить і відходить&lt;br /&gt;</w:t>
        <w:br/>
        <w:t>за все що тішить і ранить</w:t>
      </w:r>
    </w:p>
    <w:p>
      <w:r>
        <w:br/>
        <w:t>а потім коли розповім тобі все що знаю&lt;br /&gt;</w:t>
        <w:br/>
        <w:t>можна буде просто піти відчувши що дорога добра&lt;br /&gt;</w:t>
        <w:br/>
        <w:t>що добрий пісок під ногами що добре сонце і що добра&lt;br /&gt;</w:t>
        <w:br/>
        <w:t>ця найгарніша у світі самотність коли нікого навіть тебе&lt;br /&gt;</w:t>
        <w:br/>
        <w:t>немає і коли кожен навіть ти дуже близько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Навіть коли не знаю де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