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Народження і смерть чоловічка завбільшки з метелика</w:t>
      </w:r>
    </w:p>
    <w:p>
      <w:r>
        <w:br/>
        <w:t xml:space="preserve"> &lt;p&gt;КАЗКА</w:t>
      </w:r>
    </w:p>
    <w:p>
      <w:r>
        <w:br/>
        <w:t>Кості</w:t>
      </w:r>
    </w:p>
    <w:p>
      <w:r>
        <w:br/>
        <w:t>І</w:t>
      </w:r>
    </w:p>
    <w:p>
      <w:r>
        <w:br/>
        <w:t>Ото як тільки земля просохне, зажовтіє кульбабами так, що й сонце на небі буде здаватися великою-превеликою кульбабою; як вітер дасть слово не пронизувати все живе холодом до коріння чи до кісток; як соловейки почнуть губити соломинки для своїх гнізд — отоді чоловік завбільшки з метелика стане лаштуватися в дорогу.</w:t>
      </w:r>
    </w:p>
    <w:p>
      <w:r>
        <w:br/>
        <w:t>Купить нові шнурки для черевиків, цілих два дні просушуватиме на сонці повитирану на ліктях курточку з коричневого вельвету, надіне картату сорочку, а другу, білу, сховає в торбину, покладе туди ще пиріжків з калиною, матір’ю напечених, коробочку солі й горнятко полив’яне, квітами розмальоване.</w:t>
      </w:r>
    </w:p>
    <w:p>
      <w:r>
        <w:br/>
        <w:t>А далі свисне коника-стрибунця, прибіжить той з лугу, поцілує син маму — і гайда світ за очі!</w:t>
      </w:r>
    </w:p>
    <w:p>
      <w:r>
        <w:br/>
        <w:t>Маленький такий, непомітний: але ж то не метелик, а просто чоловічок завбільшки з метелика. Немає в нього крил ні барвистих, ні білих, ні чорних, ні навіть сірих. Нема й не було ніколи. Не вродився з крильми, хоч плач. Люди — ті великі, їх до землі тягне все, що вони там нажили. Куди їм ті крила? Та і як полетять: жінка буде лаятись, діти перелякаються, треба переляк відливати.</w:t>
      </w:r>
    </w:p>
    <w:p>
      <w:r>
        <w:br/>
        <w:t>Ото сяде чоловічок завбільшки з метелика на коника-стрибунця і помчить по траві зеленій, по чорному полю без кінця-краю. Коника звати Буйний, а чоловічка — ніяк. Мати кличе його "синку", а коник вміє тільки цвіркотати.</w:t>
      </w:r>
    </w:p>
    <w:p>
      <w:r>
        <w:br/>
        <w:t>Гей, як то добре, коли вітерець повіває, сонечко світить! Дощ поллється — можна під листок подорожника сховатись. А ніч настане — схилить чоловічок завбільшки з метелика голову на сідельце, вкриється материною чорною в синіх і червоних квітках хусткою — та й лежить собі тихенько. Не одразу й засне, коли зоряно. Знайде свою зіроньку, одну-єдину й таку далеку, що аж плакати хочеться, дивиться на неї, а там і жайворонок озветься.</w:t>
      </w:r>
    </w:p>
    <w:p>
      <w:r>
        <w:br/>
        <w:t>Ніби хтось йому наврочив. Скільки мати просила:</w:t>
      </w:r>
    </w:p>
    <w:p>
      <w:r>
        <w:br/>
        <w:t>"Не їдь, розтопчуть, не дай боже!"</w:t>
      </w:r>
    </w:p>
    <w:p>
      <w:r>
        <w:br/>
        <w:t>А він посміхнеться й промовчить, та якось вранці тихо скаже, відвіши очі:</w:t>
      </w:r>
    </w:p>
    <w:p>
      <w:r>
        <w:br/>
        <w:t>"Мамо, щось давно я пиріжків з калиною не куштував..."</w:t>
      </w:r>
    </w:p>
    <w:p>
      <w:r>
        <w:br/>
        <w:t>Старенька так і сплесне руками:</w:t>
      </w:r>
    </w:p>
    <w:p>
      <w:r>
        <w:br/>
        <w:t>"Ой, горенько моє, у людей діти як діти, а мій вічний волоцюга!"</w:t>
      </w:r>
    </w:p>
    <w:p>
      <w:r>
        <w:br/>
        <w:t>Пече пиріжки, сльози витирає:</w:t>
      </w:r>
    </w:p>
    <w:p>
      <w:r>
        <w:br/>
        <w:t>"А як війна? А як бомбу на тебе скинуть атомну?"</w:t>
      </w:r>
    </w:p>
    <w:p>
      <w:r>
        <w:br/>
        <w:t>"Як всі, так і ми, — відкаже їй. — Та й гляньте, мамо, яке небо чисте — ні хмариночки".</w:t>
      </w:r>
    </w:p>
    <w:p>
      <w:r>
        <w:br/>
        <w:t>"А як хто роздавить? Чи машиною переїде? Ти ж у мене, хоч і хороший, але непримітненький..."</w:t>
      </w:r>
    </w:p>
    <w:p>
      <w:r>
        <w:br/>
        <w:t>"Все одно піду. То в мені зоряна вода говорить".</w:t>
      </w:r>
    </w:p>
    <w:p>
      <w:r>
        <w:br/>
        <w:t>"Яка ж то зоряна вода, синочку мій біднесенький?"</w:t>
      </w:r>
    </w:p>
    <w:p>
      <w:r>
        <w:br/>
        <w:t>Він їй розповість:</w:t>
      </w:r>
    </w:p>
    <w:p>
      <w:r>
        <w:br/>
        <w:t>"Ночував я одного разу в полі. Повечеряв, а горнятко полив’яне забув сховати. Ніч була зоряна-зоряна, а як роса впала, то і в горнятку трошки було. Вранці спрагло мені стало й випив..."</w:t>
      </w:r>
    </w:p>
    <w:p>
      <w:r>
        <w:br/>
        <w:t>"Може, тебе до ворожки повести? Бо за тими мандрами без жінки лишишся. Хто ж тобі їсти зварить, хто ж тобі сорочку випере, як я помру?"</w:t>
      </w:r>
    </w:p>
    <w:p>
      <w:r>
        <w:br/>
        <w:t>А ще давно було таке. Каже мати:</w:t>
      </w:r>
    </w:p>
    <w:p>
      <w:r>
        <w:br/>
        <w:t>"Бачиш оту стежечку вузеньку? Ото йди нею, йди, доки не побачиш хатку, над якою димок в’ється. Може, чим зарадять тобі сім ящірок-сестричок, а коника-стрибунця не бери, сам мусиш іти".</w:t>
      </w:r>
    </w:p>
    <w:p>
      <w:r>
        <w:br/>
        <w:t>Нічого не сказав чоловічок завбільшки з метелика, тільки зітхнув сумно. Не взяв із собою Буйного, пішов сам-самісінький стежкою. І нікого не було довкола, тільки бджоли літали між кульбабами, а зверху сонце лузало золоте насіння.</w:t>
      </w:r>
    </w:p>
    <w:p>
      <w:r>
        <w:br/>
        <w:t>Ішов він, ішов, коли бачить горбок, а на ньому кульбаба. "Ану, — думає, — підійду ближче".</w:t>
      </w:r>
    </w:p>
    <w:p>
      <w:r>
        <w:br/>
        <w:t>Підійшов і каже:</w:t>
      </w:r>
    </w:p>
    <w:p>
      <w:r>
        <w:br/>
        <w:t>"Добрий день!"</w:t>
      </w:r>
    </w:p>
    <w:p>
      <w:r>
        <w:br/>
        <w:t>"Добрий день, метелику без крил..."</w:t>
      </w:r>
    </w:p>
    <w:p>
      <w:r>
        <w:br/>
        <w:t>"Та я не метелик, а тільки завбільшки з метелика", — відповів чоловічок.</w:t>
      </w:r>
    </w:p>
    <w:p>
      <w:r>
        <w:br/>
        <w:t>"А-а... — мовила кульбаба. — Та мені від того не ліпше. Не можу більше бути сама. Навіть бджоли сюди не долітають. Скільки того віку квіточки, а й то не дають прожити! Хоч би вже швидше вмерти".</w:t>
      </w:r>
    </w:p>
    <w:p>
      <w:r>
        <w:br/>
        <w:t>Зажурився чоловічок.</w:t>
      </w:r>
    </w:p>
    <w:p>
      <w:r>
        <w:br/>
        <w:t>"Я теж сам, квітко, але не хочу вмирати. Боюсь, що там буде темно й холодно, як у погребі, а на груди давитиме земля. Та й мами шкода..."</w:t>
      </w:r>
    </w:p>
    <w:p>
      <w:r>
        <w:br/>
        <w:t>"Як це сонце немилосердно пече! Я ось-ось зів’яну..."</w:t>
      </w:r>
    </w:p>
    <w:p>
      <w:r>
        <w:br/>
        <w:t>"Яка ти гарна! — сказав чоловік завбільшки з метелика. — Дуже гарна і дуже мила. Там, у долині, багато квітів, але ти одна схожа на сонечко. Хочеш, я лишуся з тобою?"</w:t>
      </w:r>
    </w:p>
    <w:p>
      <w:r>
        <w:br/>
        <w:t>"Хочу! — зраділа квітка. — Ти такий добрий і розсудливий. Може, ти знаєш, що буде потім зі мною?"</w:t>
      </w:r>
    </w:p>
    <w:p>
      <w:r>
        <w:br/>
        <w:t>"Коли потім?"</w:t>
      </w:r>
    </w:p>
    <w:p>
      <w:r>
        <w:br/>
        <w:t>"Ну, потім! Я весь час міняюсь і не знаю, добре це чи зле? Я лише вранці прокинулась. А ти коли прокинувся?"</w:t>
      </w:r>
    </w:p>
    <w:p>
      <w:r>
        <w:br/>
        <w:t>"Сьогодні вранці", — трохи здивувався чоловік завбільшки з метелика.</w:t>
      </w:r>
    </w:p>
    <w:p>
      <w:r>
        <w:br/>
        <w:t>"Ну, тоді ти теж не знаєш... Доведеться нам обом чекати, що буде потім".</w:t>
      </w:r>
    </w:p>
    <w:p>
      <w:r>
        <w:br/>
        <w:t>"Так, — згодився він. — Тільки я мушу йти, мене мати послали. Але я скоро вернусь... Ти трохи почекай, добре?"</w:t>
      </w:r>
    </w:p>
    <w:p>
      <w:r>
        <w:br/>
        <w:t>"Ох, — зітхнула квітка, — я все життя чекаю... Але йди, раз тебе мати посилає".</w:t>
      </w:r>
    </w:p>
    <w:p>
      <w:r>
        <w:br/>
        <w:t>"Я швиденької"</w:t>
      </w:r>
    </w:p>
    <w:p>
      <w:r>
        <w:br/>
        <w:t>...Ой, куди ж тая стежечка приведе? Половина дня сонячна, половина дощова. Біжить стежка аж до тієї хатинки, над якою димок в’ється. Живе там сім ящірок-сестричок, — зеленіших за траву весняну. Прядуть вони димок срібний, прядуть золотий. Дай їм, боже, теплого літа, щоб той димок вився, не переставав!</w:t>
      </w:r>
    </w:p>
    <w:p>
      <w:r>
        <w:br/>
        <w:t>Допоможи, боже, в хату зайти, добридень сказати, щоб мені теж добридень сказали, пораду дали. Чи йти до лісу темного, чи на піч теплу, чи танцювати, чи пропадати...</w:t>
      </w:r>
    </w:p>
    <w:p>
      <w:r>
        <w:br/>
        <w:t>Візьми, дитино, пір’ячко біле, що качечка згубила, та за пазуху сховай, щоб не відібрали. А як річку побачиш, пусти за водою пір’ячко теє, і куди воно припливе, там вмийся, і вся печаль твоя мине...</w:t>
      </w:r>
    </w:p>
    <w:p>
      <w:r>
        <w:br/>
        <w:t>Біг чоловічок берегом, втомився. Не може ніяк наздогнати пір’ячко, плутається в густій траві. А вже й смеркає. Змок бідний — весь у росі холодній. Сплять дерева, очерет. Тільки річка не спить і чоловічок завбільшки з метелика. Нема вже в нього сили ні крапелиночки. Впав на землю, заплакав. Страшно самому.</w:t>
      </w:r>
    </w:p>
    <w:p>
      <w:r>
        <w:br/>
        <w:t>Але кульбабці ще страшніше. Нікуди ж вона не сховається.</w:t>
      </w:r>
    </w:p>
    <w:p>
      <w:r>
        <w:br/>
        <w:t>Прокинувся рано-ранесенько. Дивиться, а його пір’їна нікуди не втекла: спинилася в очереті. Зрадів чоловічок, мерщій до води. Чує, й справді йому добре стало.</w:t>
      </w:r>
    </w:p>
    <w:p>
      <w:r>
        <w:br/>
        <w:t>Довго він вертався додому, хоча здавалося, на крилах летів. Подякував сімом ящіркам-сестрицям — і до квітки. Коли прибіг — не впізнав. Із золотої вона стала сивою.</w:t>
      </w:r>
    </w:p>
    <w:p>
      <w:r>
        <w:br/>
        <w:t>"От я вже й не сама... — прошепотіла квітка. — Довго ти блукав, хлопче. Зараз дмухне вітер, і розлетиться мій пух по білому світі, щоб впасти десь на землю. А коли я навесні прокинусь, навколо буде багато таких, як я. Це ж тільки одну весну я була сама, одну весну... Іди, бо не хочу, щоб ти бачив мене негарною".</w:t>
      </w:r>
    </w:p>
    <w:p>
      <w:r>
        <w:br/>
        <w:t>"Ну, чому, чому? — стиснув кулаки чоловічок завбільшки з метелика. — Ну, чому?"</w:t>
      </w:r>
    </w:p>
    <w:p>
      <w:r>
        <w:br/>
        <w:t>"Іди, я тебе дуже прошу..."</w:t>
      </w:r>
    </w:p>
    <w:p>
      <w:r>
        <w:br/>
        <w:t>Поволі спускався він з пагорба. Не витримав, обернувся й побачив легку хмарку, котру гнав вітер. Одна пушинка впала йому на руку, і він розтулив долоню, щоб її сховати...</w:t>
      </w:r>
    </w:p>
    <w:p>
      <w:r>
        <w:br/>
        <w:t>II</w:t>
      </w:r>
    </w:p>
    <w:p>
      <w:r>
        <w:br/>
        <w:t>Гойдалася колиска з макової лушнини: рип-рип. Солодко в ній спалося чоловічкові завбільшки з метелика — поп’є молочка і знову заплющить сині очі. Стеля біла-біла, а піч розмальована пишними, квітами: півоніями, мальвами, ружами і ще такими, що їх і на світі немає. Між квітами сидять два півні — чорний та червоний. Дивляться один на одного. Під віконцем стіл, а на ньому рушником прикрита хлібина і глечик молока.</w:t>
      </w:r>
    </w:p>
    <w:p>
      <w:r>
        <w:br/>
        <w:t>Як вечір настане, дитя сопе в колисці, кіт мурчить під лавою, а мати шурх-шурх веретеном. Довго не спить вона. Ніби й нема ніякої роботи, а пошукаєш — завжди знайдеться. Може, квасолю торішню полущити? Та ні, прокинеться мале... Може, піти в хлівець до кози? А як же малого лишити темної ночі, коли всяка мара ходить? Домовик нічого злого дитині не зробить, не раз і заколише, коли матері ніколи вгору глянути. Он вовтузиться в запічку, парить старі кості. Але ж є і такі нечисті, що тиняються ночами по чужих загатах, місяць з неба крадуть, туману напускають. Що їм, важко дитину зобидити? Недарма ж вона прив’язала до колиски червону стрічку, аби не зурочило синочка лихе око.</w:t>
      </w:r>
    </w:p>
    <w:p>
      <w:r>
        <w:br/>
        <w:t>Сидить мати, пряде тонку нитку та й заспіває тихенько:</w:t>
      </w:r>
    </w:p>
    <w:p>
      <w:r>
        <w:br/>
        <w:t>Ой чий то кінь стоїть,</w:t>
      </w:r>
    </w:p>
    <w:p>
      <w:r>
        <w:br/>
        <w:t>Що сива гривонька?</w:t>
      </w:r>
    </w:p>
    <w:p>
      <w:r>
        <w:br/>
        <w:t>А воно ж, дитя малюсіньке, крізь сон і почує:</w:t>
      </w:r>
    </w:p>
    <w:p>
      <w:r>
        <w:br/>
        <w:t>Сподобалась мені,</w:t>
      </w:r>
    </w:p>
    <w:p>
      <w:r>
        <w:br/>
        <w:t>Сподобалась мені,</w:t>
      </w:r>
    </w:p>
    <w:p>
      <w:r>
        <w:br/>
        <w:t>Тая дівчинонька...</w:t>
      </w:r>
    </w:p>
    <w:p>
      <w:r>
        <w:br/>
        <w:t>Не зрозуміє нічого, але на хвильку розплющить очі й побачить білу-білу стелю, як те полотно, з якого мати йому сорочки шиє. Поверне голівку і засміється: щось дуже гарне, червоне, синє, зелене... Рип-рип колиска. Кіт скосить жовте око з печі і перевернеться на другий бік, бо один вже відлежав.</w:t>
      </w:r>
    </w:p>
    <w:p>
      <w:r>
        <w:br/>
        <w:t>А вранці — ясно, весело. Вже й дитя потрохи на ніжки спинається, щось белькоче, а що — то хіба одна мати розуміє. Винесе його надвір, під кущ чорнобривців, дасть в руки глиняного півника, а сама на городі картоплю підгортає.</w:t>
      </w:r>
    </w:p>
    <w:p>
      <w:r>
        <w:br/>
        <w:t>Тільки й того щастя, що малий. Нічим не журиться. "Що з нього буде? — думає мати. — Ні до школи його не візьмуть, ні на роботу. Хоч і добрий, і тямовитий. Але й зобидити можуть люди. Нас же осьо хіба двоє зосталося, та ще коза з котом. Як вмру, що з ним буде?"</w:t>
      </w:r>
    </w:p>
    <w:p>
      <w:r>
        <w:br/>
        <w:t>А синок сидить на ряднині, дме з глиняного півника, аж личко почервоніло. Кинеться до нього мати, одбере півника, обцілує, а сама плаче-плаче:</w:t>
      </w:r>
    </w:p>
    <w:p>
      <w:r>
        <w:br/>
        <w:t>"Нема у нас ні родоньку, ні родиноньки! Самі-самісінькі... Хто схоче штурхне, хто схоче приб’є".</w:t>
      </w:r>
    </w:p>
    <w:p>
      <w:r>
        <w:br/>
        <w:t>Далі схаменеться, вмовкне і знову до роботи, доки про все не забуде.</w:t>
      </w:r>
    </w:p>
    <w:p>
      <w:r>
        <w:br/>
        <w:t>III</w:t>
      </w:r>
    </w:p>
    <w:p>
      <w:r>
        <w:br/>
        <w:t>Дарма що він завбільшки з метелика. Те, що великий не добачить, — чоловічок маленький помітить, роздивиться. Ходить по землі, кожну травиночку найбліднішу, кожну комашину найдрібнішу розгледить і обійде, щоб не зламати, не розтоптати, бо то живе. У листкові теж сік живий тече (він і те бачить), як же на нього наступити? Здається, навіть землі болить, коли на неї спересердя хтось плюне або крихту хліба у неї викине. Тільки сумно йому самому. Мати далеко від хати не пускала, щоб якої біди не вийшло. То він води принесе, хату підмете, квітки де треба підв’яже, а далі вилізе собі на височенного-превисоченного соняшника, сяде в саму середину і гойдається. Пелюстки жовті, аж очам боляче, а бджоли все до тієї серединки летять, бо мед звідти беруть. Такі кумедні: всі лапки в пилку і гудуть: "Брум-брум-м!"</w:t>
      </w:r>
    </w:p>
    <w:p>
      <w:r>
        <w:br/>
        <w:t>Прилітають й оси. Їх чоловічок побоюється. Сидить тихо, щоб не вжалили. Оси інакше говорять: "Дзумм-дзумм!" Аж у вухах лящить від того дзумкання!</w:t>
      </w:r>
    </w:p>
    <w:p>
      <w:r>
        <w:br/>
        <w:t>А джмелів він любить найбільше. Вони такі м’якенькі, товстенькі й дозволяють себе гладити.</w:t>
      </w:r>
    </w:p>
    <w:p>
      <w:r>
        <w:br/>
        <w:t>Потім серединка потемніла й взялася зернятами. Соняшнику все важче повертатися за сонцем.</w:t>
      </w:r>
    </w:p>
    <w:p>
      <w:r>
        <w:br/>
        <w:t>— Ми, мамо, знаєте, на кого схожі?</w:t>
      </w:r>
    </w:p>
    <w:p>
      <w:r>
        <w:br/>
        <w:t>— На кого?</w:t>
      </w:r>
    </w:p>
    <w:p>
      <w:r>
        <w:br/>
        <w:t>— На соняшника! Коли вранці встаємо, теж весь час на сонце дивимося — чи зійшло чисто, в обід — чи всю роботу встигнемо переробити, а ввечері — чи не червоне зайшло, щоб не знявся вітер...</w:t>
      </w:r>
    </w:p>
    <w:p>
      <w:r>
        <w:br/>
        <w:t>Дуже не любив мух. Ніхто на них уваги не звертає, аби тільки в очі не лізли та в молоко не падали, а він добре бачив, які ті мухи ненажерні й брудні. Скрізь лишають сліди. Набридло чоловічкові за ними витирати. Каже:</w:t>
      </w:r>
    </w:p>
    <w:p>
      <w:r>
        <w:br/>
        <w:t>— Чи є на світі така сила, щоб їх перемогла?</w:t>
      </w:r>
    </w:p>
    <w:p>
      <w:r>
        <w:br/>
        <w:t>— Оно візьми лозину та повчи клятих...</w:t>
      </w:r>
    </w:p>
    <w:p>
      <w:r>
        <w:br/>
        <w:t>Вирізав він лозину. Сів на лавці й чекає, доки котрась з них не сяде на чистесенький стіл. Тільки підняв лозину, а вона р-раз! — втекла. Воював з мухами до полудня. Вже геть зморився. Нарешті підстеріг одну стару, немічну — бац! — і нема мухи. Забив її на смерть. Підкрався, чи дише. Ні, не дише. Вибіг надвір, кричить:</w:t>
      </w:r>
    </w:p>
    <w:p>
      <w:r>
        <w:br/>
        <w:t>— Мамо, я муху вбив!</w:t>
      </w:r>
    </w:p>
    <w:p>
      <w:r>
        <w:br/>
        <w:t>— То й добре, синку! Викинь її на смітник.</w:t>
      </w:r>
    </w:p>
    <w:p>
      <w:r>
        <w:br/>
        <w:t>Так і зробив. А коли вертався, раптом защеміло йому в грудях. Сонце на небі, пташки виспівують, так любо навколо, а муха нежива і вже ніколи цього не побачить, бо він її вбив.</w:t>
      </w:r>
    </w:p>
    <w:p>
      <w:r>
        <w:br/>
        <w:t>А якщо його хтось вб’є чи просто захворіє і помре? Як лежати самому в темряві? Вночі хоч зірки світять, а смерть — то ж темінь чорна...</w:t>
      </w:r>
    </w:p>
    <w:p>
      <w:r>
        <w:br/>
        <w:t>Незчувся, як за перелазом опинився. Пішов не знати куди. "От якби завтра я мав вмерти і про те тільки сьогодні дізнався. Що б я зробив? Спочатку виліз би на велике-превелике дерево, аж на самісінький вершечок і подивився, де кінчається річка і чи великий ліс, до якого мене мама не пускають. А потім ходив би, спиняючись перед кожною квіткою і травинкою, щоб їх запам’ятати..." Тут він не втримався і заплакав. Ліг собі у густій темній траві й невдовзі заснув. Приснилось йому, ніби лічить і ніяк не може полічити зернятка в со-</w:t>
      </w:r>
    </w:p>
    <w:p>
      <w:r>
        <w:br/>
        <w:t>няшнику. А тут ще й дощ почався, липкий і холодний. Чоловік аж угруз в тій липучій воді, геть закляк від холоду. Прокинувся: голова болить, руки-ноги заніміли. Так-сяк устав, подався додому. І вечеряти не міг. А потім жар в нього почався. Лежить, а над ним мовби не біла стеля, а небо жарке липневе. І сиплеться сніг. Він дивується, чого той сніг не холодний і навіть не теплий, а такий, як попіл. Вже стільки насипало, що давить на груди. А мама чогось не змітає попелу-снігу. Де ж вона поділася? Він кличе її, але натомість з’являється щось кудлате з очима, як дві жарини, вмощується в ногах і зовсім не страшно, навпаки, жалісливо дивиться, а потім ще й каже:</w:t>
      </w:r>
    </w:p>
    <w:p>
      <w:r>
        <w:br/>
        <w:t>— Чого ти, молодице, там длубаєшся? Дай йому швидше молока з медом та маслом. Та пошепчи, як тебе вчив.</w:t>
      </w:r>
    </w:p>
    <w:p>
      <w:r>
        <w:br/>
        <w:t>"Ага, та це ж домовик!" — згадав чоловічок.</w:t>
      </w:r>
    </w:p>
    <w:p>
      <w:r>
        <w:br/>
        <w:t>— Сама знаю, що мені робити! — а потім вже м’якше: — Нащо ж йому шептати? Кажуть, забобони ото все. Порошків би дати чи уколів...</w:t>
      </w:r>
    </w:p>
    <w:p>
      <w:r>
        <w:br/>
        <w:t>— Не гніви бога, молодице! — розвеселився домовик.. — Я вже стільки на світі прожив — ого-го, і ще не бачив, аби хто вмер від шептання. Не хочеш, сам пошепчу. Я ж не звір, щоб дивитись, як твоя дитина мучиться...</w:t>
      </w:r>
    </w:p>
    <w:p>
      <w:r>
        <w:br/>
        <w:t>— Та добре вже, добре... — схлипує мати.</w:t>
      </w:r>
    </w:p>
    <w:p>
      <w:r>
        <w:br/>
        <w:t>— Не реви, молодице, а кидай швидше зілля у піч: м’яту, ромашку та звіробій. І вскуби з кота трошки шерсті. Дай сюди!</w:t>
      </w:r>
    </w:p>
    <w:p>
      <w:r>
        <w:br/>
        <w:t>Чоловічок ще бачить, як домовик надуває щоки, а далі світ йому темніє, ніби мама гніт в лампі прикрутила. Чує шепіт, а нічого не розуміє, хіба вхоплює окремі слова. І страшні такі: біда, лихо, горенько. А ще — яри, болота, пустелі... Чоловічок хоче попросити, щоб не говорили такого. Ось він видужає, встане, осідлає Буйного, і втечуть вони від поганих слів. Ті будуть доганяти їх на чорних конях, але коні в них важкі, неповороткі. А чоловічок з Буйним легенькі, знімуться в повітря і полетять...</w:t>
      </w:r>
    </w:p>
    <w:p>
      <w:r>
        <w:br/>
        <w:t>І вітер, що їх підхопить, пахнутиме м’ятою, любистком і всім зіллям, котре росте під хатою та при дорозі.</w:t>
      </w:r>
    </w:p>
    <w:p>
      <w:r>
        <w:br/>
        <w:t>IV</w:t>
      </w:r>
    </w:p>
    <w:p>
      <w:r>
        <w:br/>
        <w:t>Замрячило надворі, але дощ такий чистий, світлий. Тихо собі падає, хіба зрідка тепла крапля дзенькне об підвіконня. Тремтить осіннє листя. А чоловічок завбільшки з метелика повернувся з мандрів, сів за стіл, схилив голову на руки, журиться чогось... Допоміг матері знести картоплю в погреб, наквасити капусти — чи ж мало роботи восени! Пахне яблуками, грибами, теплим димом. З вікна видно далеко-далеко — і порожнє поле, і прозорий ліс, і широку дорогу...</w:t>
      </w:r>
    </w:p>
    <w:p>
      <w:r>
        <w:br/>
        <w:t>Болять у чоловіка збиті до мозолів ноги. Втомився, бідолаха. Очі вже не голубі, а наче сиві. Минуло літо, прийшла осінь, а він все такий же непосидючий, хоч волосся ніби снігом в чужих краях притрусило.</w:t>
      </w:r>
    </w:p>
    <w:p>
      <w:r>
        <w:br/>
        <w:t>— Мамо! — підніме врешті очі.</w:t>
      </w:r>
    </w:p>
    <w:p>
      <w:r>
        <w:br/>
        <w:t>— Чого тобі, синку?</w:t>
      </w:r>
    </w:p>
    <w:p>
      <w:r>
        <w:br/>
        <w:t>— Може, ви б мені голову змили? Щось так важко...</w:t>
      </w:r>
    </w:p>
    <w:p>
      <w:r>
        <w:br/>
        <w:t>Та й знову задумується, доки мати не покличе:</w:t>
      </w:r>
    </w:p>
    <w:p>
      <w:r>
        <w:br/>
        <w:t>— Ходи, синку, голову мити... Я тобі ще й любистку кинула, аби дівчата любили.</w:t>
      </w:r>
    </w:p>
    <w:p>
      <w:r>
        <w:br/>
        <w:t>А сама убік відвернеться, щоб пилину з ока вийняти. Змиє і засміється:</w:t>
      </w:r>
    </w:p>
    <w:p>
      <w:r>
        <w:br/>
        <w:t>— Бідна ж головонько, нема тобі спокою і спочинку. Певно, всі думи на світі передумала...</w:t>
      </w:r>
    </w:p>
    <w:p>
      <w:r>
        <w:br/>
        <w:t>Погладила сина, а той ще посмутнів:</w:t>
      </w:r>
    </w:p>
    <w:p>
      <w:r>
        <w:br/>
        <w:t>— Мамо, чого ви мені ще сестричку або братика в капусті не знайшли? Було б веселіше.</w:t>
      </w:r>
    </w:p>
    <w:p>
      <w:r>
        <w:br/>
        <w:t>Потім знову сидить, мовчить. Осінь якраз на те, щоб згадати весну і літо. Хай сіється прозорий чистий дощ.</w:t>
      </w:r>
    </w:p>
    <w:p>
      <w:r>
        <w:br/>
        <w:t>...Був він усюди. Можна було стоптати не тільки шкіряні, а й залізні черевики. Де пішки, де на машині, а де на крилах голуба.</w:t>
      </w:r>
    </w:p>
    <w:p>
      <w:r>
        <w:br/>
        <w:t>Незатишно почувався чоловічок завбільшки з метелика в місті. Тремтів, забившись у шпаринку, оглушений гуркотом, дзенькотом, гамором. Довкола все було сіре, грубе, байдуже. Чоловічок уже й не пам’ятав, чи він живий, йому хотілося якнайдалі запхатися в нірку, міцно заплющити очі й спати — до того він втомлювався.</w:t>
      </w:r>
    </w:p>
    <w:p>
      <w:r>
        <w:br/>
        <w:t>Однієї ночі він прокинувся від того, що десь далеко жалібно плакала дитина. Він ніколи не чув, як плачуть діти, не пам’ятав себе самого в колисці з шкаралупки маку — і злякався. Було геть темно, а дитина ніяк не вгавала. Вона здавалася чоловічкові маленькою, мов житнє зернятко. Її можна було взяти на руки і гойдати, шепотіти лагідні слова, співати щось гарне. Дитина була ще беззахиснішою, ніж він. У чоловічка від того заболіло серце.</w:t>
      </w:r>
    </w:p>
    <w:p>
      <w:r>
        <w:br/>
        <w:t>Він заспівав колискової для невидимої дитини, плач якої, може, йому причувався, а насправді плакав він сам, пригнічений, нещасний, нікому не потрібний, хоч і єдиний у світі чоловічок завбільшки з метелика.</w:t>
      </w:r>
    </w:p>
    <w:p>
      <w:r>
        <w:br/>
        <w:t>A-а, котки два,</w:t>
      </w:r>
    </w:p>
    <w:p>
      <w:r>
        <w:br/>
        <w:t>Сірий, білий,</w:t>
      </w:r>
    </w:p>
    <w:p>
      <w:r>
        <w:br/>
        <w:t>Обидва!..</w:t>
      </w:r>
    </w:p>
    <w:p>
      <w:r>
        <w:br/>
        <w:t>Не помічав, як щоки його стали мокрими й гарячими, а голос зірвався. Десь там, на краю світу, гойдалася колиска з макової шкаралупи, жеврів вогонь у печі та ясніла білісінька стеля. А потім вогонь погас, стіни взялися пліснявою, в кутки позаповзали павуки й мокриці, а на долівці виросли слизькі бридкі поганки...</w:t>
      </w:r>
    </w:p>
    <w:p>
      <w:r>
        <w:br/>
        <w:t>Але він не згадував про це. Співав про двох котиків, і стеля знову стала білою, а на ній можна було намалювати щось дуже гарне, схоже на квітку й метелика водночас.</w:t>
      </w:r>
    </w:p>
    <w:p>
      <w:r>
        <w:br/>
        <w:t>...Невеличка вишенька росла посеред асфальту й завжди тремтіла, коли до неї хтось підходив. Не маючи до кого прихилитися, вона тулилася до запиленої металевої огорожі. Однієї ночі на місто налетів шалений вітер, попереполохав горобців та голубів і поскидав білизну з балконів на статечні підстрижені каштани. Вишенька подумала, що почалась осінь, і навіть не помітила, як один з листочків — саме той, на котрому ночував чоловічок завбільшки з метелика, за ніч пожовк, легко відірвався від гілки та й полетів світ за очі.</w:t>
      </w:r>
    </w:p>
    <w:p>
      <w:r>
        <w:br/>
        <w:t>Аж тоді, коли листочок опустився на золотаву стерню, чоловічкові завбільшки з метелика спало на думку, що, власне, все його життя було схоже на легенькі дотики до цієї колючої, пропахлої пташиними кубельцями свіжоскошеної землі.</w:t>
      </w:r>
    </w:p>
    <w:p>
      <w:r>
        <w:br/>
        <w:t>V</w:t>
      </w:r>
    </w:p>
    <w:p>
      <w:r>
        <w:br/>
        <w:t>Брів примороженою землею, і вона глухо стогнала під його ногами. Здавалося, на світі немає більш нічого, крім порожнього неба і порожнього поля. Десь далеко попереду ці дві порожнечі зливалися в одну.</w:t>
      </w:r>
    </w:p>
    <w:p>
      <w:r>
        <w:br/>
        <w:t>Скалічені мертві травинки шурхотіли під черевиками, попискували осмілілі полівки, шукаючи поживу. Вже не дзвеніли жайворонки під небом, тільки ворони змахували крилами, пробуючи зависнути в повітрі. Вітер куйовдив їхнє пір’я, і вони сито каркали.</w:t>
      </w:r>
    </w:p>
    <w:p>
      <w:r>
        <w:br/>
        <w:t>Все готувалося до зими. Земля приймала в себе зерно, щоб зазеленіти ще до снігу, черв’яки глибше закопувалися в ріллю, бджоли випивали з квітів останню солодкість, метелики гинули тисячами, — їхнього віку було доти, доки тепла.</w:t>
      </w:r>
    </w:p>
    <w:p>
      <w:r>
        <w:br/>
        <w:t>У чоловічка мерзли шия і руки, боліло горло, і говорив він дуже тихо:</w:t>
      </w:r>
    </w:p>
    <w:p>
      <w:r>
        <w:br/>
        <w:t>— Ото піду собі далеко, як ходив навесні, тільки без вузлика з пиріжками й без Буйного, бо коникові вже холодно. Знайти б хоч один зелений листочок... Затулився б ним і уявляв, ніби я маленький-маленький, сиджу під яблунею і не знаю, що так гарно мені вже ніколи не буде...</w:t>
      </w:r>
    </w:p>
    <w:p>
      <w:r>
        <w:br/>
        <w:t>Гей, а хто ж там попереду мчить, аж груддя врізнобіч летить? Це ж морквяний козак. Під ним коник буряковий, на нім шапка капустяна, жупан з лопуцька. А при боці шабелька горохова й пістолі з бараболі.</w:t>
      </w:r>
    </w:p>
    <w:p>
      <w:r>
        <w:br/>
        <w:t>— Стій! — гукнув козак. — Хто такий, куди йдеш?</w:t>
      </w:r>
    </w:p>
    <w:p>
      <w:r>
        <w:br/>
        <w:t>Мовчить чоловічок завбільшки з метелика.</w:t>
      </w:r>
    </w:p>
    <w:p>
      <w:r>
        <w:br/>
        <w:t>— Я тебе питаю?! От візьму меч і здійму голову з плеч!</w:t>
      </w:r>
    </w:p>
    <w:p>
      <w:r>
        <w:br/>
        <w:t>— Добрий день... — тихо мовив чоловічок.</w:t>
      </w:r>
    </w:p>
    <w:p>
      <w:r>
        <w:br/>
        <w:t>— Авжеж, добрий, — полагіднішав одразу морквяний козак. — Куди це ти прямуєш без коня і без шаблі? Чим будеш від ворогів боронитись? Чи, може в кущі сховаєшся?</w:t>
      </w:r>
    </w:p>
    <w:p>
      <w:r>
        <w:br/>
        <w:t>Знизав плечима чоловічок:</w:t>
      </w:r>
    </w:p>
    <w:p>
      <w:r>
        <w:br/>
        <w:t>— Нема в мене ворогів...</w:t>
      </w:r>
    </w:p>
    <w:p>
      <w:r>
        <w:br/>
        <w:t>— Тепер такі часи настали, що ніхто з тобою на чесний двобій не стане. Все робиться тишком-нишком. Підстережуть і вб’ють... — зітхнув козак. — Я от ціле літо шукав собі ворога. Рука моя тверда, шабля гостра, серце хоробре. Взяв би тебе за побратима, та не маєш ні коня, ні шаблі. Ото бачиш дуб попереду? Там — мої вороги. Хочуть дерево повалити. Ну, я їм покажу! Бувай здоровий, я дуже спішу. Іншим разом побалакаємо...</w:t>
      </w:r>
    </w:p>
    <w:p>
      <w:r>
        <w:br/>
        <w:t>І поскакав. Довго дивився йому вслід чоловічок завбільшки з метелика:</w:t>
      </w:r>
    </w:p>
    <w:p>
      <w:r>
        <w:br/>
        <w:t>— Ач, який молодець! Не спить, не тягне собі харчі в комору, а ворога шукає. Я друга шукаю, а він ворога. Певно, як маєш друзів, то маєш і ворогів. Якби ще з ним зустрітися та побалакати! Та чого ж я стою? Піду до нього, може, чимось допоможу, хоч ніколи шаблі в руках не тримав...</w:t>
      </w:r>
    </w:p>
    <w:p>
      <w:r>
        <w:br/>
        <w:t>Тепер він знав, куди йти, і поспішав.</w:t>
      </w:r>
    </w:p>
    <w:p>
      <w:r>
        <w:br/>
        <w:t>— Ось ярочок! Візьму й перескочу. А цей осінній морозець обійду, хай цвіте собі на здоров’я. Що там у нас попереду? Терен? То нічого, що він колючий. Я не боюся колючок. О, калина! А висока яка! Будемо вертатися — візьмемо трохи ягід з собою, хай мати напечуть нам пиріжків. Ох, як захекався! Аж в горлі пече. Цікаво, що ж то за вороги в морквяного козака?</w:t>
      </w:r>
    </w:p>
    <w:p>
      <w:r>
        <w:br/>
        <w:t>Так він ішов-ішов, а дуб все виростав на його очах і виявився таким величезним і могутнім, що чоловічок аж злякався:</w:t>
      </w:r>
    </w:p>
    <w:p>
      <w:r>
        <w:br/>
        <w:t>— Який же то ворог страшний, коли хоче здолати дуба! І який хоробрий той морквяний козак, що прагне стати із цим чудовиськом на двобій!</w:t>
      </w:r>
    </w:p>
    <w:p>
      <w:r>
        <w:br/>
        <w:t>Підійшов ближче, прислухався, чи не чути брязкання шабель. Та ні, тихо... Може, вже по бою?</w:t>
      </w:r>
    </w:p>
    <w:p>
      <w:r>
        <w:br/>
        <w:t>— Козаче, козаче, агов!</w:t>
      </w:r>
    </w:p>
    <w:p>
      <w:r>
        <w:br/>
        <w:t>Тихо. Трава густа, а поміж неї жолуді. Аж тепер чоловічок побачив свиней. Їх було п’ятеро. Свині плямкали, підриваючи коріння дуба. А де ж морквяний козак? Ніколи не було так лячно чоловічку завбільшки з метелика. Він не знав, чому страшніше боятися за когось, ніж за себе. Тремтів у пожовклій мертвій траві, а свині, огидно рохкаючи, поволі наближалися до нього. Чоловічок аж приріс до землі, вражений жахливим видовиськом. О, якби він був такий великий і могутній, як дуб, що розпростер над ним міцне гілля із золотим листям... Але дуб не чинив опору...</w:t>
      </w:r>
    </w:p>
    <w:p>
      <w:r>
        <w:br/>
        <w:t>Чоловічок заплющив очі, помітивши, як одна свинюка аж свердлить його тупим нерухомим поглядом.</w:t>
      </w:r>
    </w:p>
    <w:p>
      <w:r>
        <w:br/>
        <w:t>— Ой! — зойкнув чоловічок завбільшки з метелика. — Забирайся геть! Йди на болото, в пустелю, тільки не чіпай мене! Я не хочу так вмерти!..</w:t>
      </w:r>
    </w:p>
    <w:p>
      <w:r>
        <w:br/>
        <w:t>Він вхопив жолудь і пожбурив ним у свиню. Та спинилась і з’їла жолудь. Тим часом чоловічок знайшов інший.</w:t>
      </w:r>
    </w:p>
    <w:p>
      <w:r>
        <w:br/>
        <w:t>Решта свиней зачули щось і посунули на нього.</w:t>
      </w:r>
    </w:p>
    <w:p>
      <w:r>
        <w:br/>
        <w:t>— Ну, начувайся! Я тобі живим не дамся!</w:t>
      </w:r>
    </w:p>
    <w:p>
      <w:r>
        <w:br/>
        <w:t>Він кидав у цих тварин жолуді, й вони тріскали їх, як досі жерли молоденькі дубки, що тільки-но випнулися з землі. І з цих жолудів міг вирости цілий дубовий ліс, в якому б знайшли притулок квіти, птахи і звірі. Свині зжерли той ліс.</w:t>
      </w:r>
    </w:p>
    <w:p>
      <w:r>
        <w:br/>
        <w:t>Чоловічок сів і заплакав. Він не розучився плакати, хоч прожив уже багато-багато, і попереду була зима, холод сніг і чорна ніч.</w:t>
      </w:r>
    </w:p>
    <w:p>
      <w:r>
        <w:br/>
        <w:t>— Агій, холери на вас нема! — загримів зненацька голос. — Вже сюди прилізли... Ану, марш звідціля!</w:t>
      </w:r>
    </w:p>
    <w:p>
      <w:r>
        <w:br/>
        <w:t>Чоловічок побачив величезні гумові чоботи, вимащені гноєм, старі штани, ватянку, а вище — зморшкувате обличчя з добрими очима, над якими нависли стріхуваті брови.</w:t>
      </w:r>
    </w:p>
    <w:p>
      <w:r>
        <w:br/>
        <w:t>Ляснув батіг, і свині обурено завищали.</w:t>
      </w:r>
    </w:p>
    <w:p>
      <w:r>
        <w:br/>
        <w:t>— Нема на вас погибелі! Півдня шукаю, а вони тут свинячать. Геть звідси, кажу!</w:t>
      </w:r>
    </w:p>
    <w:p>
      <w:r>
        <w:br/>
        <w:t>Коли табун щез з очей, чоловічок звівся, обтрусив одежу й оглянувся довкола. Сумною була земля, споганена свиньми, а ще сумнішим поле без жодного деревця.</w:t>
      </w:r>
    </w:p>
    <w:p>
      <w:r>
        <w:br/>
        <w:t>Чоловічок спіткнувся об щось. То була шабля з горохового стручка. Трохи далі він побачив шмат лопухового жупана. Морквяного козака з’їли свині. І коника бурякового теж.</w:t>
      </w:r>
    </w:p>
    <w:p>
      <w:r>
        <w:br/>
        <w:t>Він так і пішов, не дивлячись перед собою, затиснувши в руці горохову шабельку. Небо нависло над ним і кожної миті могло обвалитися, не витримавши власної ваги.</w:t>
      </w:r>
    </w:p>
    <w:p>
      <w:r>
        <w:br/>
        <w:t>VI</w:t>
      </w:r>
    </w:p>
    <w:p>
      <w:r>
        <w:br/>
        <w:t>На світі мене немає. Існує лише ліс, обрій. Цупко тримається землі найтонший корінчик, тож найлегшу квітку не підхопить вітер, не понесе з собою. Тільки пригорне на мить та й відпустить.</w:t>
      </w:r>
    </w:p>
    <w:p>
      <w:r>
        <w:br/>
        <w:t>На світі мене немає. Існують очі у квітів, голос у листя, руки у дерев.</w:t>
      </w:r>
    </w:p>
    <w:p>
      <w:r>
        <w:br/>
        <w:t>Мене нема. Тільки пісня матері, шепіт біля колиски, червоний і чорний півні, котрі не спускали з нас очей...</w:t>
      </w:r>
    </w:p>
    <w:p>
      <w:r>
        <w:br/>
        <w:t>Я тебе ніколи не забуду, квітко. Ось я виходжу поночі з хати, простую на пагорбок, де ти ростеш. Білий пух летить до мене. Як його багато! Коли він проросте, вся земля стане золотою, і ти, бідна маленька кульбабко, не будеш більше самотньою.</w:t>
      </w:r>
    </w:p>
    <w:p>
      <w:r>
        <w:br/>
        <w:t>Ні, мені зовсім не холодно. Тільки біло й чорно навкруги. Але це ж ніч. І зовсім не страшно. У руці в мене шабля з стручка. Я йтиму крізь ніч до того пагорбка. Сяду на нього та буду чекати.</w:t>
      </w:r>
    </w:p>
    <w:p>
      <w:r>
        <w:br/>
        <w:t>Ось прокидається сонце, виходить на небо. Квітка розплющує очі й питає:</w:t>
      </w:r>
    </w:p>
    <w:p>
      <w:r>
        <w:br/>
        <w:t>— Ти довго чекаєш?</w:t>
      </w:r>
    </w:p>
    <w:p>
      <w:r>
        <w:br/>
        <w:t>Я хитаю головою:</w:t>
      </w:r>
    </w:p>
    <w:p>
      <w:r>
        <w:br/>
        <w:t>— Ні.</w:t>
      </w:r>
    </w:p>
    <w:p>
      <w:r>
        <w:br/>
        <w:t>Вона посміхається і вся відкривається заспаній бджолі, котра прагне швидше зануритись у пахучу золоту середину...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Народження і смерть чоловічка завбільшки з метелика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