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Наполеон</w:t>
      </w:r>
    </w:p>
    <w:p>
      <w:r>
        <w:br/>
        <w:t xml:space="preserve"> Так, на шляху племен і років,&lt;br /&gt;</w:t>
        <w:br/>
        <w:t>На попелі зотлілих літ,&lt;br /&gt;</w:t>
        <w:br/>
        <w:t>Твоїх важких і певних кроків&lt;br /&gt;</w:t>
        <w:br/>
        <w:t>Лишився незатертий слід.</w:t>
      </w:r>
    </w:p>
    <w:p>
      <w:r>
        <w:br/>
        <w:t>Мов велетень, із криці литий,&lt;br /&gt;</w:t>
        <w:br/>
        <w:t>Ти, долі непомильний суд,&lt;br /&gt;</w:t>
        <w:br/>
        <w:t>Не міг іти і не гнітити,&lt;br /&gt;</w:t>
        <w:br/>
        <w:t>I не кривавить смертний люд.</w:t>
      </w:r>
    </w:p>
    <w:p>
      <w:r>
        <w:br/>
        <w:t>Все, що вдавалось поколінням,&lt;br /&gt;</w:t>
        <w:br/>
        <w:t>Все, що виводили віки,&lt;br /&gt;</w:t>
        <w:br/>
        <w:t>Ти руйнував одним велінням,&lt;br /&gt;</w:t>
        <w:br/>
        <w:t>Єдиним порухом руки.</w:t>
      </w:r>
    </w:p>
    <w:p>
      <w:r>
        <w:br/>
        <w:t>Ти щастя взяв собі в обладу,&lt;br /&gt;</w:t>
        <w:br/>
        <w:t>Примусив слугувать тобі,&lt;br /&gt;</w:t>
        <w:br/>
        <w:t>I всю свою всесвітню владу&lt;br /&gt;</w:t>
        <w:br/>
        <w:t>На карту ставив в боротьбі.</w:t>
      </w:r>
    </w:p>
    <w:p>
      <w:r>
        <w:br/>
        <w:t>Від слави вірної сп'янілий,&lt;br /&gt;</w:t>
        <w:br/>
        <w:t>Ти йшов, валив міцне, слабе,&lt;br /&gt;</w:t>
        <w:br/>
        <w:t>I стало під кінець несила&lt;br /&gt;</w:t>
        <w:br/>
        <w:t>Самій землі носить тебе.</w:t>
      </w:r>
    </w:p>
    <w:p>
      <w:r>
        <w:br/>
        <w:t>Світ випроставсь, і ти, безвладний,&lt;br /&gt;</w:t>
        <w:br/>
        <w:t>Як лист, на вітрі знявся сам,&lt;br /&gt;</w:t>
        <w:br/>
        <w:t>Подався в далеч безоглядну&lt;br /&gt;</w:t>
        <w:br/>
        <w:t>I впав серед бескетів, там,</w:t>
      </w:r>
    </w:p>
    <w:p>
      <w:r>
        <w:br/>
        <w:t>Де на незміренім просторі&lt;br /&gt;</w:t>
        <w:br/>
        <w:t>На тебе ждав, одколи світ,&lt;br /&gt;</w:t>
        <w:br/>
        <w:t>Піднесений з безодні моря&lt;br /&gt;</w:t>
        <w:br/>
        <w:t>Підніжжям гордим твій граніт.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Наполеон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