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Написав листа Панас</w:t>
      </w:r>
    </w:p>
    <w:p>
      <w:r>
        <w:br/>
        <w:t xml:space="preserve"> Написав листа Панас&lt;br /&gt;</w:t>
        <w:br/>
        <w:t>І послав до "Зірки":&lt;br /&gt;</w:t>
        <w:br/>
        <w:t>"БудИ вчитЕся наш клас&lt;br /&gt;</w:t>
        <w:br/>
        <w:t>ТількІ на пІтірки.</w:t>
      </w:r>
    </w:p>
    <w:p>
      <w:r>
        <w:br/>
        <w:t>Я про це уже казав&lt;br /&gt;</w:t>
        <w:br/>
        <w:t>В піонЄр загоні.&lt;br /&gt;</w:t>
        <w:br/>
        <w:t>Всі мИні, як виступав,&lt;br /&gt;</w:t>
        <w:br/>
        <w:t>Плескали в долоні.</w:t>
      </w:r>
    </w:p>
    <w:p>
      <w:r>
        <w:br/>
        <w:t>Вчора в класі говАрив&lt;br /&gt;</w:t>
        <w:br/>
        <w:t>Я на зборах знову,&lt;br /&gt;</w:t>
        <w:br/>
        <w:t>Щоб нИхто з нас не робив&lt;br /&gt;</w:t>
        <w:br/>
        <w:t>ПомІлок у мові.</w:t>
      </w:r>
    </w:p>
    <w:p>
      <w:r>
        <w:br/>
        <w:t>Я завжди про це кажу,&lt;br /&gt;</w:t>
        <w:br/>
        <w:t>Виступаю всЬоду!&lt;br /&gt;</w:t>
        <w:br/>
        <w:t>Обіцяю і пишу —&lt;br /&gt;</w:t>
        <w:br/>
        <w:t>Всім за прІклад буду!</w:t>
      </w:r>
    </w:p>
    <w:p>
      <w:r>
        <w:br/>
        <w:t>Тож і прошу вас одне:&lt;br /&gt;</w:t>
        <w:br/>
        <w:t>У своїй газеті&lt;br /&gt;</w:t>
        <w:br/>
        <w:t>Ви, як кращого, й мИне&lt;br /&gt;</w:t>
        <w:br/>
        <w:t>ДайтИ на пАТреті.</w:t>
      </w:r>
    </w:p>
    <w:p>
      <w:r>
        <w:br/>
        <w:t>Не одмовить прошу вас!&lt;br /&gt;</w:t>
        <w:br/>
        <w:t>АктивИст&lt;br /&gt;</w:t>
        <w:br/>
        <w:t>Карась Панас".</w:t>
      </w:r>
    </w:p>
    <w:p>
      <w:r>
        <w:br/>
        <w:t>Наша відповідь проста —&lt;br /&gt;</w:t>
        <w:br/>
        <w:t>Так писати стидно.&lt;br /&gt;</w:t>
        <w:br/>
        <w:t>Твій портрет уже з листа&lt;br /&gt;</w:t>
        <w:br/>
        <w:t>Нам, Панасе, видно.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Написав листа Панас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