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книзі віршів</w:t>
      </w:r>
    </w:p>
    <w:p>
      <w:r>
        <w:br/>
        <w:t xml:space="preserve"> Напружений, незломно-гордий,&lt;br /&gt;</w:t>
        <w:br/>
        <w:t>Залізних імератор строф —&lt;br /&gt;</w:t>
        <w:br/>
        <w:t>Веду ці вірші, як когорти,&lt;br /&gt;</w:t>
        <w:br/>
        <w:t>В обличчя творчих катастроф.</w:t>
      </w:r>
    </w:p>
    <w:p>
      <w:r>
        <w:br/>
        <w:t>Позаду — збурений Батурин&lt;br /&gt;</w:t>
        <w:br/>
        <w:t>В похмурих загравах облуд, —&lt;br /&gt;</w:t>
        <w:br/>
        <w:t>Вони ж металом — morіturі —&lt;br /&gt;</w:t>
        <w:br/>
        <w:t>Сурмлять майбутньому салют,</w:t>
      </w:r>
    </w:p>
    <w:p>
      <w:r>
        <w:br/>
        <w:t>Важкі та мускулясті стопи&lt;br /&gt;</w:t>
        <w:br/>
        <w:t>Пруживий одбивають ямб —&lt;br /&gt;</w:t>
        <w:br/>
        <w:t>Це дійсности а не утопій&lt;br /&gt;</w:t>
        <w:br/>
        <w:t>Звучить громовий дифірамб.</w:t>
      </w:r>
    </w:p>
    <w:p>
      <w:r>
        <w:br/>
        <w:t>Ось — блиском — булаву гранчасту&lt;br /&gt;</w:t>
        <w:br/>
        <w:t>Скеровую лише вперед:&lt;br /&gt;</w:t>
        <w:br/>
        <w:t>Це ще не лет, але вже наступ,&lt;br /&gt;</w:t>
        <w:br/>
        <w:t>Та він завісу роздере.</w:t>
      </w:r>
    </w:p>
    <w:p>
      <w:r>
        <w:br/>
        <w:t>Шматками розпадеться морок,&lt;br /&gt;</w:t>
        <w:br/>
        <w:t>І ти, нащадче мий, збагнеш,&lt;br /&gt;</w:t>
        <w:br/>
        <w:t>Як крізь тисячолітній порох&lt;br /&gt;</w:t>
        <w:br/>
        <w:t>Розгорнеться простір без меж.</w:t>
      </w:r>
    </w:p>
    <w:p>
      <w:r>
        <w:br/>
        <w:t>Збагнеш оце, чим серце билось,&lt;br /&gt;</w:t>
        <w:br/>
        <w:t>Яких цей зір нагледів мет,&lt;br /&gt;</w:t>
        <w:br/>
        <w:t>Чому стилетом був мій стилос&lt;br /&gt;</w:t>
        <w:br/>
        <w:t>І стилосом бував стилет.</w:t>
      </w:r>
    </w:p>
    <w:p>
      <w:r>
        <w:br/>
        <w:t>04.01.1925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книзі віршів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