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Нанана Бoceлe</w:t>
      </w:r>
    </w:p>
    <w:p>
      <w:r>
        <w:br/>
        <w:t xml:space="preserve"> Нанана Бoceлe&lt;br /&gt;</w:t>
        <w:br/>
        <w:t>Зулуська казка&lt;br /&gt;</w:t>
        <w:br/>
        <w:t>Утім краю, відкіль весна нам перші вісті шле,&lt;br /&gt;</w:t>
        <w:br/>
        <w:t>Була собі вдова одна — Нанана Боселе.&lt;br /&gt;</w:t>
        <w:br/>
        <w:t>Дві дівчинки росло при ній і ще дитя мале.&lt;br /&gt;</w:t>
        <w:br/>
        <w:t>І кажуть люди,&lt;br /&gt;</w:t>
        <w:br/>
        <w:t>що вдова поставила свій двір&lt;br /&gt;</w:t>
        <w:br/>
        <w:t>Коло дороги, де блукав і кочовик, і звір,&lt;br /&gt;</w:t>
        <w:br/>
        <w:t>І що двора не прихищав ні тин,&lt;br /&gt;</w:t>
        <w:br/>
        <w:t>ні частокіл,&lt;br /&gt;</w:t>
        <w:br/>
        <w:t>Нанана смілива була і певна власних сил.&lt;br /&gt;</w:t>
        <w:br/>
        <w:t>От сталося, пішла вона у гай по вітролом2,&lt;br /&gt;</w:t>
        <w:br/>
        <w:t>Аж до оселі слон бреде, виляючи хвостом,&lt;br /&gt;</w:t>
        <w:br/>
        <w:t>Неначе скирта лугова, оперта на стовпи.&lt;br /&gt;</w:t>
        <w:br/>
        <w:t>Від човгання незграбних ніг&lt;br /&gt;</w:t>
        <w:br/>
        <w:t>здвигаються степи.&lt;br /&gt;</w:t>
        <w:br/>
        <w:t>"Які дівчатка чарівні! — зітхнув він: —&lt;br /&gt;</w:t>
        <w:br/>
        <w:t>Ох-ох-ох!&lt;br /&gt;</w:t>
        <w:br/>
        <w:t>Одна чорнява, друга ні, та що? Я з'їм обох!"&lt;br /&gt;</w:t>
        <w:br/>
        <w:t>І проковтнув обох дівчат, лишив мале дитя&lt;br /&gt;</w:t>
        <w:br/>
        <w:t>Та й геть пішов. Напасник звик чинити&lt;br /&gt;</w:t>
        <w:br/>
        <w:t>щохотя3.&lt;br /&gt;</w:t>
        <w:br/>
        <w:t>Тоді вернулась Боселе: "О темний світ мені!&lt;br /&gt;</w:t>
        <w:br/>
        <w:t>Де милий цвіт життя мого —&lt;br /&gt;</w:t>
        <w:br/>
        <w:t>дівчатка чарівні?&lt;br /&gt;</w:t>
        <w:br/>
        <w:t>Чи то здобичники4 лихі взяли їх у полон?"&lt;br /&gt;</w:t>
        <w:br/>
        <w:t>Дитина їй: "Твоїх дівчат із'їв великий слон,&lt;br /&gt;</w:t>
        <w:br/>
        <w:t>Старий-старий, з одним іклом!" —&lt;br /&gt;</w:t>
        <w:br/>
        <w:t>"Вони померли?" — "Ні,&lt;br /&gt;</w:t>
        <w:br/>
        <w:t>Не відаю, адже ж вони, як кірочка, міцні".&lt;br /&gt;</w:t>
        <w:br/>
        <w:t>На другий ранок, ще з роси не висохла лука,&lt;br /&gt;</w:t>
        <w:br/>
        <w:t>Бере Нанана гострий ніж, гладушку молока —&lt;br /&gt;</w:t>
        <w:br/>
        <w:t>І просто в степ. Іде та йде, аж ось прийшла&lt;br /&gt;</w:t>
        <w:br/>
        <w:t>над яр,&lt;br /&gt;</w:t>
        <w:br/>
        <w:t>Де жив потужний леопард,&lt;br /&gt;</w:t>
        <w:br/>
        <w:t>чиє кубло — чагар.&lt;br /&gt;</w:t>
        <w:br/>
        <w:t>"О леопард, ти скрізь бував: скажи,&lt;br /&gt;</w:t>
        <w:br/>
        <w:t>нема вістей,&lt;br /&gt;</w:t>
        <w:br/>
        <w:t>Де велет-слон з одним іклом, що з'їв моїх&lt;br /&gt;</w:t>
        <w:br/>
        <w:t>дітей?"&lt;br /&gt;</w:t>
        <w:br/>
        <w:t>Стряслося листя на гіллі, а в загороді бик,&lt;br /&gt;</w:t>
        <w:br/>
        <w:t>Коли озвався з чагаря жахної пащі рик:&lt;br /&gt;</w:t>
        <w:br/>
        <w:t>"Він там, де камінь край води стримить,&lt;br /&gt;</w:t>
        <w:br/>
        <w:t>як білий зуб,&lt;br /&gt;</w:t>
        <w:br/>
        <w:t>І де над каменем шумить широковерхий&lt;br /&gt;</w:t>
        <w:br/>
        <w:t>дуб".&lt;br /&gt;</w:t>
        <w:br/>
        <w:t>Нанана знов іде вперед, іде не день, не два,&lt;br /&gt;</w:t>
        <w:br/>
        <w:t>Коли проглянула з куща рогата голова,&lt;br /&gt;</w:t>
        <w:br/>
        <w:t>І очі темні, і в очах замислена печаль,&lt;br /&gt;</w:t>
        <w:br/>
        <w:t>І ніжна мордочка жує солодкий чорноталь.&lt;br /&gt;</w:t>
        <w:br/>
        <w:t>"Газеле, матінко, скажи,&lt;br /&gt;</w:t>
        <w:br/>
        <w:t>де капловухий кат,&lt;br /&gt;</w:t>
        <w:br/>
        <w:t>Великий слон з одним іклом, що взяв&lt;br /&gt;</w:t>
        <w:br/>
        <w:t>моїх дівчат?"&lt;br /&gt;</w:t>
        <w:br/>
        <w:t>"Шукай, де камінь із землі стримить,&lt;br /&gt;</w:t>
        <w:br/>
        <w:t>як гострий зуб,&lt;br /&gt;</w:t>
        <w:br/>
        <w:t>Іде над каменем росте високостанний дуб".&lt;br /&gt;</w:t>
        <w:br/>
        <w:t>Нанана далі в степ іде, всіх звірів обійшла,&lt;br /&gt;</w:t>
        <w:br/>
        <w:t>І мова всіх одна була. Нарешті спроквола&lt;br /&gt;</w:t>
        <w:br/>
        <w:t>Зринає дуб із-за горба. Ось камінь край води&lt;br /&gt;</w:t>
        <w:br/>
        <w:t>Біліє гострим щолопком. Нанана йде туди.&lt;br /&gt;</w:t>
        <w:br/>
        <w:t>Прийшла — а там великий слон з надламаним&lt;br /&gt;</w:t>
        <w:br/>
        <w:t>іклом&lt;br /&gt;</w:t>
        <w:br/>
        <w:t>Стоїть, мов пагорок живий, виляючи хвостом.&lt;br /&gt;</w:t>
        <w:br/>
        <w:t>Нанана каже:&lt;br /&gt;</w:t>
        <w:br/>
        <w:t>"Батьку мій, чи ти не мав вістей,&lt;br /&gt;</w:t>
        <w:br/>
        <w:t>Де велет-слон з одним іклом,&lt;br /&gt;</w:t>
        <w:br/>
        <w:t>що з'їв моїх дітей?"&lt;br /&gt;</w:t>
        <w:br/>
        <w:t>Озвався неохоче слон: "Не чув я; далі йди.&lt;br /&gt;</w:t>
        <w:br/>
        <w:t>Шукай, де одинокий дуб і камінь край води".&lt;br /&gt;</w:t>
        <w:br/>
        <w:t>Тоді Нанана: "Не дури! Ти сам — той підлий&lt;br /&gt;</w:t>
        <w:br/>
        <w:t>кат,&lt;br /&gt;</w:t>
        <w:br/>
        <w:t>Гультяй, бродяга світовий, що з'їв моїх&lt;br /&gt;</w:t>
        <w:br/>
        <w:t>дівчат.&lt;br /&gt;</w:t>
        <w:br/>
        <w:t>Ягнятка милі! Я для вас пройшла степи&lt;br /&gt;</w:t>
        <w:br/>
        <w:t>й гаї..."&lt;br /&gt;</w:t>
        <w:br/>
        <w:t>Розгнівався великий слон та й проковтнув її.&lt;br /&gt;</w:t>
        <w:br/>
        <w:t>Тепер спокій! Куняй собі в тіні лапатих віт...</w:t>
      </w:r>
    </w:p>
    <w:p>
      <w:r>
        <w:br/>
        <w:t>Прийшла вдова в слонів живіт,&lt;br /&gt;</w:t>
        <w:br/>
        <w:t>а там великий світ!&lt;br /&gt;</w:t>
        <w:br/>
        <w:t>Блищить вода, цвітуть сади, красуються ліси,&lt;br /&gt;</w:t>
        <w:br/>
        <w:t>Багато скель, багато сіл, худоба, люди, пси;&lt;br /&gt;</w:t>
        <w:br/>
        <w:t>Коза на прискалку стоїть, леліє ковила;&lt;br /&gt;</w:t>
        <w:br/>
        <w:t>Тут птах зривається з кущів,&lt;br /&gt;</w:t>
        <w:br/>
        <w:t>як золота стріла,&lt;br /&gt;</w:t>
        <w:br/>
        <w:t>Там райдуга встає з-за гір на дивоглядь очам.&lt;br /&gt;</w:t>
        <w:br/>
        <w:t>Своїх дівчат маленьких теж&lt;br /&gt;</w:t>
        <w:br/>
        <w:t>Нанана бачить там.&lt;br /&gt;</w:t>
        <w:br/>
        <w:t>Прийшла, дала їм молока.&lt;br /&gt;</w:t>
        <w:br/>
        <w:t>"Ну що, ну як у вас?"&lt;br /&gt;</w:t>
        <w:br/>
        <w:t>"Недобре, мати, голод, сум,&lt;br /&gt;</w:t>
        <w:br/>
        <w:t>та ми спимо весь час".&lt;br /&gt;</w:t>
        <w:br/>
        <w:t>"Які ви дивні та чудні! —&lt;br /&gt;</w:t>
        <w:br/>
        <w:t>Нанана їм на те. —&lt;br /&gt;</w:t>
        <w:br/>
        <w:t>Адже ж у звіра м'ясо є, чому ж ви не їсте?"&lt;br /&gt;</w:t>
        <w:br/>
        <w:t>Ага, прийшла й тобі біда, розбійнику старий!&lt;br /&gt;</w:t>
        <w:br/>
        <w:t>Нанана накладає дров — і ось вогонь жаркий&lt;br /&gt;</w:t>
        <w:br/>
        <w:t>Ярує, нишпорить, сичить,&lt;br /&gt;</w:t>
        <w:br/>
        <w:t>мелькає між полін&lt;br /&gt;</w:t>
        <w:br/>
        <w:t>І рветься вгору тут і там&lt;br /&gt;</w:t>
        <w:br/>
        <w:t>за димом навздогін,&lt;br /&gt;</w:t>
        <w:br/>
        <w:t>Вдова печінку у слона вирізує ножем&lt;br /&gt;</w:t>
        <w:br/>
        <w:t>І настромляє на рожен, і смажить над вогнем.&lt;br /&gt;</w:t>
        <w:br/>
        <w:t>І здивувались люди всі, що понивали там:&lt;br /&gt;</w:t>
        <w:br/>
        <w:t>"Ого! Дивись: слона їдять!"&lt;br /&gt;</w:t>
        <w:br/>
        <w:t>Зчинився гамір, гам,&lt;br /&gt;</w:t>
        <w:br/>
        <w:t>Всі ріжуть, смажать та печуть... Забувши свій&lt;br /&gt;</w:t>
        <w:br/>
        <w:t>полон,&lt;br /&gt;</w:t>
        <w:br/>
        <w:t>Весілля, грища завели... Тоді великий слон&lt;br /&gt;</w:t>
        <w:br/>
        <w:t>Сказав до почету свого: "Ой зле мені, ой зле,&lt;br /&gt;</w:t>
        <w:br/>
        <w:t>Відколи з'їв я жінку ту, Нанану Боселе;&lt;br /&gt;</w:t>
        <w:br/>
        <w:t>Як скорпіон, гніздиться біль у череві моїм!"&lt;br /&gt;</w:t>
        <w:br/>
        <w:t>Відрік на те гіпопотам, що був тоді при нім:&lt;br /&gt;</w:t>
        <w:br/>
        <w:t>"Владарю мій!&lt;br /&gt;</w:t>
        <w:br/>
        <w:t>Не прогнівись, що правди не втаю:&lt;br /&gt;</w:t>
        <w:br/>
        <w:t>Адже у тебе там людей — як цвіркоту&lt;br /&gt;</w:t>
        <w:br/>
        <w:t>в гаю!"&lt;br /&gt;</w:t>
        <w:br/>
        <w:t>І от минув великий час, і вмер владика-слон,&lt;br /&gt;</w:t>
        <w:br/>
        <w:t>Щоб стати здобиччю гієн, шакалів та ворон.&lt;br /&gt;</w:t>
        <w:br/>
        <w:t>Нанана каже:&lt;br /&gt;</w:t>
        <w:br/>
        <w:t>"Ну, ходім! Прощай, лиха маро!" —&lt;br /&gt;</w:t>
        <w:br/>
        <w:t>І розтяла його ножем, і вийняла ребро.&lt;br /&gt;</w:t>
        <w:br/>
        <w:t>Виходять півні:&lt;br /&gt;</w:t>
        <w:br/>
        <w:t>ку-ку-лук! погляньте-но, земля!&lt;br /&gt;</w:t>
        <w:br/>
        <w:t>Бики виходять:&lt;br /&gt;</w:t>
        <w:br/>
        <w:t>у-у-ум! яка краса — земля!&lt;br /&gt;</w:t>
        <w:br/>
        <w:t>Виходять кози:&lt;br /&gt;</w:t>
        <w:br/>
        <w:t>ме-ме-ме! — о радість, о земля!&lt;br /&gt;</w:t>
        <w:br/>
        <w:t>І люди вийшли сміючись:&lt;br /&gt;</w:t>
        <w:br/>
        <w:t>земля! земля! земля!&lt;br /&gt;</w:t>
        <w:br/>
        <w:t>І всі раділи: і старий, і жінка, і маля.&lt;br /&gt;</w:t>
        <w:br/>
        <w:t>Обдарували Боселе: хто дав отару кіз,&lt;br /&gt;</w:t>
        <w:br/>
        <w:t>А хто овець, а хто биків, хто борошна привіз.&lt;br /&gt;</w:t>
        <w:br/>
        <w:t>Додому з милими дітьми вернулась Боселе.&lt;br /&gt;</w:t>
        <w:br/>
        <w:t>Лише ступила за поріг, устріч — дитя мале,&lt;br /&gt;</w:t>
        <w:br/>
        <w:t>В долоні плеще: "Світе мій! Дівчатка чарівні!&lt;br /&gt;</w:t>
        <w:br/>
        <w:t>А я ж казала, що вони, як кірочка, міцні!"</w:t>
      </w:r>
    </w:p>
    <w:p>
      <w:r>
        <w:br/>
        <w:t>1 Зулуси (зулу амазулу) — один із народів корінного населення Африки (Південно-Африканська Республіка, провінція Наталь, а також Мозамбік, Свазіленд, Зімбабве тощо).&lt;br /&gt;</w:t>
        <w:br/>
        <w:t>2 Вітролом — хмиз.&lt;br /&gt;</w:t>
        <w:br/>
        <w:t>3 Щохотя — що заманеться, що завгодно.&lt;br /&gt;</w:t>
        <w:br/>
        <w:t>4 Здобичники — розбійники.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Нанана Бoceлe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