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 призначено низ. Пролетарські райони...</w:t>
      </w:r>
    </w:p>
    <w:p>
      <w:r>
        <w:br/>
        <w:t xml:space="preserve"> Нам призначено низ. Пролетарські райони&lt;br /&gt;</w:t>
        <w:br/>
        <w:t>западаються в телеефір, як в туман.&lt;br /&gt;</w:t>
        <w:br/>
        <w:t>Нас покинуло воїнство темно-червоне.&lt;br /&gt;</w:t>
        <w:br/>
        <w:t>Дощ. Плящина "Перцівки". Встає отаман,&lt;br /&gt;</w:t>
        <w:br/>
        <w:t>і комар завмирає. Що далі? Поляки&lt;br /&gt;</w:t>
        <w:br/>
        <w:t>обіцяють тепло, москалі — усіляке,&lt;br /&gt;</w:t>
        <w:br/>
        <w:t>а свої пережовують кризовий стан.</w:t>
      </w:r>
    </w:p>
    <w:p>
      <w:r>
        <w:br/>
        <w:t>Важко вийти назовні. Минулись колони.&lt;br /&gt;</w:t>
        <w:br/>
        <w:t>Почорніли промови. І навіть від черг&lt;br /&gt;</w:t>
        <w:br/>
        <w:t>мало що залишилось. На смак засолене&lt;br /&gt;</w:t>
        <w:br/>
        <w:t>вийшло вариво. Температура уверх&lt;br /&gt;</w:t>
        <w:br/>
        <w:t>поповзла. Шмарклі і апетиту затрата.&lt;br /&gt;</w:t>
        <w:br/>
        <w:t>Шелестить в голові щось таке, як церата.&lt;br /&gt;</w:t>
        <w:br/>
        <w:t>І чи скажеш, підвівшись, де низ, а де верх?&lt;br /&gt;</w:t>
        <w:br/>
        <w:t>Імператора привид впольовано полем,&lt;br /&gt;</w:t>
        <w:br/>
        <w:t>голим полем магнітним — ось профіль і фас.&lt;br /&gt;</w:t>
        <w:br/>
        <w:t>— Влада мусить плекати красу! Ясночолим&lt;br /&gt;</w:t>
        <w:br/>
        <w:t>дарувати прихильність! Триматись від мас&lt;br /&gt;</w:t>
        <w:br/>
        <w:t>на шляхетній дистанції!..</w:t>
      </w:r>
    </w:p>
    <w:p>
      <w:r>
        <w:br/>
        <w:t>Та недоріки</w:t>
      </w:r>
    </w:p>
    <w:p>
      <w:r>
        <w:br/>
        <w:t>збаламутили все, а тепер возять ліки,&lt;br /&gt;</w:t>
        <w:br/>
        <w:t>поки ліками не доконають всіх нас.&lt;br /&gt;</w:t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 призначено низ. Пролетарські райони...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