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Найперший знайомець</w:t>
      </w:r>
    </w:p>
    <w:p>
      <w:r>
        <w:br/>
        <w:t xml:space="preserve"> &lt;p&gt;Серед тихого лісу на притіненій прогалині спиняються двоє хлопців-грибників.</w:t>
      </w:r>
    </w:p>
    <w:p>
      <w:r>
        <w:br/>
        <w:t>— Глянь, яка чудасія! — захоплено мовить один. — Цілий килимок вив’язано.</w:t>
      </w:r>
    </w:p>
    <w:p>
      <w:r>
        <w:br/>
        <w:t>— Килимок не килимок, а батожища таки гарні поснувалися, — каже другий.</w:t>
      </w:r>
    </w:p>
    <w:p>
      <w:r>
        <w:br/>
        <w:t>— Ні, ти тільки придивись: вони ніби плюшеві!</w:t>
      </w:r>
    </w:p>
    <w:p>
      <w:r>
        <w:br/>
        <w:t>Я щойно був на цій прогалині, тож слова грибників, що долітають із-за розлапистої сосонки, мені ще й як зрозумілі. Там усе пісковисько застелив п’ядич — плаун булавовидний. Шнуркасті волохаті стебла його зеленими вужами розповзлися навсібіч, переплелися в химерне плетиво.</w:t>
      </w:r>
    </w:p>
    <w:p>
      <w:r>
        <w:br/>
        <w:t>— Не знаєш, як ця чудасія називається?</w:t>
      </w:r>
    </w:p>
    <w:p>
      <w:r>
        <w:br/>
        <w:t>— На жаль, не випадало мені з ним знайомитися.</w:t>
      </w:r>
    </w:p>
    <w:p>
      <w:r>
        <w:br/>
        <w:t>Як тут промовчиш, чуючи таке?!</w:t>
      </w:r>
    </w:p>
    <w:p>
      <w:r>
        <w:br/>
        <w:t>— Випадало! — кажу, і виходжу з-за сосонки. — І тобі, й тобі випадало. Ця рослина — ваш найперший знайомець.</w:t>
      </w:r>
    </w:p>
    <w:p>
      <w:r>
        <w:br/>
        <w:t>Хлопці ошелешено дивляться на мене. Хтозна, що більше їх здивувало: чи мої слова, а чи я сам, неждано-негадано поставши перед очима.</w:t>
      </w:r>
    </w:p>
    <w:p>
      <w:r>
        <w:br/>
        <w:t>Пригадую, мене колись теж здивували такі слова. Сказав їх Іван Михайлович. І то було для мене одне з найперших "відкриттів": виявляється, ота присипка, якою присипають немовлят і яка в аптеках має хитромудре найменування "лікоподій", є не що інше, як спори плауна булавовидного, спори п'ядича (цю рослину ще й так називають у нас).</w:t>
      </w:r>
    </w:p>
    <w:p>
      <w:r>
        <w:br/>
        <w:t>Ось із зеленого шнурка вистромилося кілька білявих колосків-задерикоз. Саме в цих колосках і дозрівають спори. Нині їх заготовляють збирачі-аптекарі. А ще недавно поліські жінки, нишпорячи досвітками за грибами, заодно кожна собі зіщипувала п’ядичеві колоски, щоб дома, як підсохнуть, витрусити з них у склянку жовтавий пилок — спори. Бо за п’ядичеву присипку кращої не знайти.</w:t>
      </w:r>
    </w:p>
    <w:p>
      <w:r>
        <w:br/>
        <w:t>Розповідаю це грибникам.</w:t>
      </w:r>
    </w:p>
    <w:p>
      <w:r>
        <w:br/>
        <w:t>— Раз так, — жартують, — то будемо просити в рослини пробачення за свою забудькуватість і знайомитися з нею вдруге. А вона і взимку зелена?</w:t>
      </w:r>
    </w:p>
    <w:p>
      <w:r>
        <w:br/>
        <w:t>— Точнісінько така ж сама і взимку.</w:t>
      </w:r>
    </w:p>
    <w:p>
      <w:r>
        <w:br/>
        <w:t>— То це якщо почепити цю зелену гірлянду в кімнаті на стіні — на всю зиму краса!</w:t>
      </w:r>
    </w:p>
    <w:p>
      <w:r>
        <w:br/>
        <w:t>— А цього от якраз і не слід робити.</w:t>
      </w:r>
    </w:p>
    <w:p>
      <w:r>
        <w:br/>
        <w:t>— Тож на лісі не позначиться. Та й наступного літа новий батіг виженеться.</w:t>
      </w:r>
    </w:p>
    <w:p>
      <w:r>
        <w:br/>
        <w:t>— Не виженеться, — кажу. — І на третє, і на десяте літо не виженеться. Оцим гірляндам, що в нас під ногами, щонайменше по двадцять — тридцять років. Бачите, як щетиняться колосками? Виходить, дозрілі. А дозрілим п’ядич стає тільки через десятки років.</w:t>
      </w:r>
    </w:p>
    <w:p>
      <w:r>
        <w:br/>
        <w:t>— Ніколи б не подумав! — мовить один з хлопців. — На вигляд такий веселий батіжок, такий молоденький, аж усміхається, а на підйом — чисто тобі неповороткий дідуган.</w:t>
      </w:r>
    </w:p>
    <w:p>
      <w:r>
        <w:br/>
        <w:t>— Бо він і є дідуган, — пояснюю. — На всі наші ліси — хіба що хвощ та ще папороть — п’ядичеві ровесники. А все інше — починаючи ось із цієї травички-кислички і кінчаючи отим здоровезним дубом, якого бачили на краю лісу, — п’ядичеві у внуки і правнуки годиться. Його предки росли тут 350 мільйонів років тому, коли ще й кам’яного вугілля не було. І не просто росли, а здіймали свої могутні верхів’я на таку височінь, що нинішнім найпогонистішим соснам туди не дотягнутися.</w:t>
      </w:r>
    </w:p>
    <w:p>
      <w:r>
        <w:br/>
        <w:t>— Невже час зробив із велетня карлика-повзуна?</w:t>
      </w:r>
    </w:p>
    <w:p>
      <w:r>
        <w:br/>
        <w:t>— Не тільки час. З одного боку — зміна клімату, з другого — недружелюбні нові сусіди-рослини, пристосованіші до нових умов.</w:t>
      </w:r>
    </w:p>
    <w:p>
      <w:r>
        <w:br/>
        <w:t>— А воно як із двох боків б’ють, то навіть людина втягує голову в плечі і меншою робиться…</w:t>
      </w:r>
    </w:p>
    <w:p>
      <w:r>
        <w:br/>
        <w:t>Словом, розмова в нас вийшла: житіє многостраждального довгожителя п’ядича всерйоз зацікавило обох грибників.</w:t>
      </w:r>
    </w:p>
    <w:p>
      <w:r>
        <w:br/>
        <w:t>Тож як було не розказати хлопцям того, що сам знав?! І що поліська назва рослини "п’ядич" стає зрозумілою кожному, хто пробує підняти з землі зелений батіг — цей батіг через кожну п’яду прикріплений до землі корінцями. І що з дрібнісіньких п’ядичевих спор тільки через кілька років утворяться заростки, а нові рослини започаткуються десь аж через десять — п’ятнадцять літ, якщо, звичайно, за цей час крихітку-заросток не розтопче людина чи звір, не спалить вогонь, не заморить верхова вода. Самі спори води не бояться — вони не промокають, завжди плавають сухими. Від цього рослина й одержала офіційну назву "плаун". А що колоски рослини стримлять угору, як білясті булави, то й приточилося до плауна слово "булавовидний". Цікава і міжнародна наукова назва — "лікоподій", що в перекладі з грецької мови означає "вовча нога". Певно, волохаті гілочки цієї рослини комусь нагадали лапи хижого звіра.</w:t>
      </w:r>
    </w:p>
    <w:p>
      <w:r>
        <w:br/>
        <w:t>Іван Михайлович високо цінує лікувальні властивості лікоподію. Народна медицина використовує не тільки спори, а й гілочки рослини. Поліські лісоруби й досі засипають спорами п’ядича свіжі кровоточиві рани.</w:t>
      </w:r>
    </w:p>
    <w:p>
      <w:r>
        <w:br/>
        <w:t>Раніше сила-силенна цих спор завозилася на металургійні заводи. Ними притрушувалися форми для розливу розплавленого металу. Оскільки від високої температури металу спори плауна спалахували і моментально згоряли, то між стінками форми і налитим металом на якусь мить з’являвся тонюсінький прошарок газів. Завдяки цьому прошарку метал не прикипав до стінок, а готова деталь виходила такою гладенькою, що й шліфувати її не треба було.</w:t>
      </w:r>
    </w:p>
    <w:p>
      <w:r>
        <w:br/>
        <w:t>Немало переводили лікоподію і театри. Бутафорські вибухи, пожежі, світлові ефекти, які здійснювалися на сценах, поглинали цілі бочки золотистих спор — міріади мікроскопічних зачатків нових рослин.</w:t>
      </w:r>
    </w:p>
    <w:p>
      <w:r>
        <w:br/>
        <w:t>Зараз і заводи, і театри обходяться без лікоподію — знайдено ефективніші засоби. Та й інших дитячих присипок з’явилося немало. Здавалося б, тепер п’ядичеві тільки розмножуйся та рости, головна загроза минула. Тим часом повзучих зелених батогів усе менше й менше стрічається на шляху полісовиків-любителів, а віднедавна назва "плаун булавовидний" доточилася до сумного списку назв рідкісних та зникаючих рослин.</w:t>
      </w:r>
    </w:p>
    <w:p>
      <w:r>
        <w:br/>
        <w:t>Витримавши мільйонолітні атаки усіх стихій, мільйонолітню облогу всіх сил природи, п’ядич за кілька десятків років поступився натискові людини…</w:t>
      </w:r>
    </w:p>
    <w:p>
      <w:r>
        <w:br/>
        <w:t>— Походите до вечора, — кажу, — самі переконаєтеся: не одного полісовика зустрінете із щойно зірваною гірляндою п’ядича. Несуть додому — сувенір!</w:t>
      </w:r>
    </w:p>
    <w:p>
      <w:r>
        <w:br/>
        <w:t>— Від нього нічого не робиться, коли в руки брати?</w:t>
      </w:r>
    </w:p>
    <w:p>
      <w:r>
        <w:br/>
        <w:t>— А що може робитися?</w:t>
      </w:r>
    </w:p>
    <w:p>
      <w:r>
        <w:br/>
        <w:t>— Ну, приміром, кропива — жалиться.</w:t>
      </w:r>
    </w:p>
    <w:p>
      <w:r>
        <w:br/>
        <w:t>— На жаль, беззахисний він. Було повір’я колись: якщо вдома тримати гірлянду п’ядича, то обов’язково в хаті буде сварка. Та хто тепер на ті повір’я зважає!..</w:t>
      </w:r>
    </w:p>
    <w:p>
      <w:r>
        <w:br/>
        <w:t>Отака в нас розмова вийшла.</w:t>
      </w:r>
    </w:p>
    <w:p>
      <w:r>
        <w:br/>
        <w:t>Пішли хлопці-грибники. Погомоніли лісом. А я ще довго стояв на прогалині, думав своє. Мені вірилося, що відсьогодні у п’ядича з’явилося ще двоє друзів.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Найперший знайомець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