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Найбрудніша сорочка свинопаса</w:t>
      </w:r>
    </w:p>
    <w:p>
      <w:r>
        <w:br/>
        <w:t xml:space="preserve"> &lt;p&gt;Поміщицький будинок височів посеред маєтку. Перед будинком розкинувся гарний квітник, ним піклувалась сама пані. Троянди вже прокинулись од зимового сну й простягали до сонця свої пуп'янки. Розцвітали нарциси. На японській айві розкривалися набубнявілі бруньки. Усе жило, раділо, купалося в щасті, ждало красного літечка.</w:t>
      </w:r>
    </w:p>
    <w:p>
      <w:r>
        <w:br/>
        <w:t>Пані стояла посеред дворища й віддавала розпорядження робітникам. Вона й сама була мов гожа весняна квітка. Свіже обличчя пестив ласкавий вітерець, цілувало тепле сонечко...</w:t>
      </w:r>
    </w:p>
    <w:p>
      <w:r>
        <w:br/>
        <w:t>Біля матері крутився малий синок. Уранці йому нездужалось, і мати не пустила його до школи, що була за три кілометри від маєтку. Тепер усе тягло при ділі, і пані була не від того, щоб у погідні сонячні дні хлопчик ходив до школи пішки. Та сьогодні, коли вранці хлопчина зібрався в дорогу, мати глянула на нього і з тривогою спитала, що з ним. Поміряла температуру, але гарячки не було. Та, може, недуга ще таїться! Нехай ліпше синок залишиться дома, він і так знає більше за інших. Навіщо сидіти йому в задушливому класі, нехай побуде дома, пограється на вільному повітрі — з того буде більше користі.</w:t>
      </w:r>
    </w:p>
    <w:p>
      <w:r>
        <w:br/>
        <w:t>Та хлопець не бавився, не бігав, а нудився й не відходив од матері.</w:t>
      </w:r>
    </w:p>
    <w:p>
      <w:r>
        <w:br/>
        <w:t>Яка морока з дітьми! Либонь, справді якась недуга вчепилася! Стурбовано стежила за сином. Повіяв вітер, захитав кущами. Мати занепокоїлась:</w:t>
      </w:r>
    </w:p>
    <w:p>
      <w:r>
        <w:br/>
        <w:t>— Ходи до кімнати і заведи свій грамофон.</w:t>
      </w:r>
    </w:p>
    <w:p>
      <w:r>
        <w:br/>
        <w:t>Хлопчик хвилину вагався, а тоді побіг.</w:t>
      </w:r>
    </w:p>
    <w:p>
      <w:r>
        <w:br/>
        <w:t>Зажурено поглядала йому вслід. Непокоїлася</w:t>
      </w:r>
    </w:p>
    <w:p>
      <w:r>
        <w:br/>
        <w:t>тим більше, що дома залишилася сама ця дитина, старші всі — в Пешті, в інститутах.</w:t>
      </w:r>
    </w:p>
    <w:p>
      <w:r>
        <w:br/>
        <w:t>До неї підійшов пан і мовив:</w:t>
      </w:r>
    </w:p>
    <w:p>
      <w:r>
        <w:br/>
        <w:t>— Не завадило б, дорогенька, податися в поле — глянути, чи працюють оті ледарі. Я не можу піти, бо маю бути біля йоркширів[1].</w:t>
      </w:r>
    </w:p>
    <w:p>
      <w:r>
        <w:br/>
        <w:t>Хоч би лиха там не скоїлось! Дві свині якісь мляві. Навідається ветеринарний лікар і зробить їм щеплення.</w:t>
      </w:r>
    </w:p>
    <w:p>
      <w:r>
        <w:br/>
        <w:t>Бричка стояла вже наладнана. Пані подріботіла на подвір'я, сіла і — в поле.</w:t>
      </w:r>
    </w:p>
    <w:p>
      <w:r>
        <w:br/>
        <w:t>Сіяли кукурудзу, садили картоплю. Пані об'їхала все поле. Дивилася, як вітер грається зеленими врунами. Наймити працювали старанно.</w:t>
      </w:r>
    </w:p>
    <w:p>
      <w:r>
        <w:br/>
        <w:t>Раптом поміщиці впало в очі щось дивне. Побачила на скопаному полі дитинча й не могла втямити, що з ним. З землі виткнулась лиш половина маленької людинки. Здавалося, дитя має тільки рученята й тріпотливо махає ними в повітрі.</w:t>
      </w:r>
    </w:p>
    <w:p>
      <w:r>
        <w:br/>
        <w:t>Це мулило пані очі. Злізла з брички, аби краще роздивитися. Коли наблизилася, побачила, що мала, хіба півторарічна, дитина закопана в м'яку, пухку весняну землю.</w:t>
      </w:r>
    </w:p>
    <w:p>
      <w:r>
        <w:br/>
        <w:t>— Що ви чините цій дитині?</w:t>
      </w:r>
    </w:p>
    <w:p>
      <w:r>
        <w:br/>
        <w:t>Одна з жінок підбігла до поміщиці.</w:t>
      </w:r>
    </w:p>
    <w:p>
      <w:r>
        <w:br/>
        <w:t>— Ваша дитина?</w:t>
      </w:r>
    </w:p>
    <w:p>
      <w:r>
        <w:br/>
        <w:t>— Так, пані.</w:t>
      </w:r>
    </w:p>
    <w:p>
      <w:r>
        <w:br/>
        <w:t>— Що ви їй затіяли?</w:t>
      </w:r>
    </w:p>
    <w:p>
      <w:r>
        <w:br/>
        <w:t>— Та це, щоб він кудись не заліз.</w:t>
      </w:r>
    </w:p>
    <w:p>
      <w:r>
        <w:br/>
        <w:t>Напівзакопаний малюк радісно дивився на матір і простягав до неї рученята.</w:t>
      </w:r>
    </w:p>
    <w:p>
      <w:r>
        <w:br/>
        <w:t>— Зараз же виберіть дитину!</w:t>
      </w:r>
    </w:p>
    <w:p>
      <w:r>
        <w:br/>
        <w:t>Жінка витягла із землі дитинча.</w:t>
      </w:r>
    </w:p>
    <w:p>
      <w:r>
        <w:br/>
        <w:t>— Гляньте-но, воно ж зовсім захололо. Як можете бути такою жорстокою?</w:t>
      </w:r>
    </w:p>
    <w:p>
      <w:r>
        <w:br/>
        <w:t>— Ой пані, нема на кого лишити дома, то доводиться нести з собою на роботу.</w:t>
      </w:r>
    </w:p>
    <w:p>
      <w:r>
        <w:br/>
        <w:t>— Ну й що ж?</w:t>
      </w:r>
    </w:p>
    <w:p>
      <w:r>
        <w:br/>
        <w:t>— А в нас такий звичай...</w:t>
      </w:r>
    </w:p>
    <w:p>
      <w:r>
        <w:br/>
        <w:t>— Добрий у вас звичай! Дитина ж застудиться.</w:t>
      </w:r>
    </w:p>
    <w:p>
      <w:r>
        <w:br/>
        <w:t>— Та не застудиться, пані. Земля тепла.</w:t>
      </w:r>
    </w:p>
    <w:p>
      <w:r>
        <w:br/>
        <w:t>— Не кажіть дурниць! Дитина помре, коли її не глядітимете.</w:t>
      </w:r>
    </w:p>
    <w:p>
      <w:r>
        <w:br/>
        <w:t>— Бог догляне.</w:t>
      </w:r>
    </w:p>
    <w:p>
      <w:r>
        <w:br/>
        <w:t>— Бог догляне, але ж ви не доглядаєте. Щоб ви мені більше не закопували дітей!</w:t>
      </w:r>
    </w:p>
    <w:p>
      <w:r>
        <w:br/>
        <w:t>Обурена пані добре вилаяла матір і, навіть повернувшись додому, довго не могла заспокоїтись: в житті не бачила нічого жахливішого. Розповіла про все ветеринарові, а той, сміючись у вуса, сказав: "Тут ще стільки забобонів, що народові годі доводити щось розумне!"</w:t>
      </w:r>
    </w:p>
    <w:p>
      <w:r>
        <w:br/>
        <w:t>За кілька днів пані проходила повз наймитські хатини й побачила жінку, що закопувала свою дитину. Підкликала її та й спитала:</w:t>
      </w:r>
    </w:p>
    <w:p>
      <w:r>
        <w:br/>
        <w:t>— Ну, що вашій дитині?</w:t>
      </w:r>
    </w:p>
    <w:p>
      <w:r>
        <w:br/>
        <w:t>— Ой, цілую пані ручки, гарячку має, зіпсували дитину.</w:t>
      </w:r>
    </w:p>
    <w:p>
      <w:r>
        <w:br/>
        <w:t>— Хто зіпсував?</w:t>
      </w:r>
    </w:p>
    <w:p>
      <w:r>
        <w:br/>
        <w:t>— Ще не знаємо, але наврочили її.</w:t>
      </w:r>
    </w:p>
    <w:p>
      <w:r>
        <w:br/>
        <w:t>— Як наврочили?</w:t>
      </w:r>
    </w:p>
    <w:p>
      <w:r>
        <w:br/>
        <w:t>— Очима.</w:t>
      </w:r>
    </w:p>
    <w:p>
      <w:r>
        <w:br/>
        <w:t>— Покажіть дитину.</w:t>
      </w:r>
    </w:p>
    <w:p>
      <w:r>
        <w:br/>
        <w:t>Вона зайшла до хати разом з наймичкою і — жахнулася.</w:t>
      </w:r>
    </w:p>
    <w:p>
      <w:r>
        <w:br/>
        <w:t>На холодній долівці постелене брудне лахміття, і на ньому в засмальцьованій сорочечці лежить дитя. Воно горіло все. Нахилившись, пані оглядала маля.</w:t>
      </w:r>
    </w:p>
    <w:p>
      <w:r>
        <w:br/>
        <w:t>— У цієї дитини менінгіт[2].</w:t>
      </w:r>
    </w:p>
    <w:p>
      <w:r>
        <w:br/>
        <w:t>Подивилася на матір. У кімнаті була ще дівчина, Пірошка, що два роки прослужила в панському будинку, а зараз уже не служить, бо засватали її — на зелені свята справлятиме весілля.</w:t>
      </w:r>
    </w:p>
    <w:p>
      <w:r>
        <w:br/>
        <w:t>— Пірошко! — гукнула пані.— І в тебе розуму нема? Хіба ж отаке роблять дитині! Хіба ж у нас ти не бачила, як доглядають слабу дитину?</w:t>
      </w:r>
    </w:p>
    <w:p>
      <w:r>
        <w:br/>
        <w:t>Дівчина мовчки похнюпила голову.</w:t>
      </w:r>
    </w:p>
    <w:p>
      <w:r>
        <w:br/>
        <w:t>А мати кинула:</w:t>
      </w:r>
    </w:p>
    <w:p>
      <w:r>
        <w:br/>
        <w:t>— Таж він, прошу, не панич, а селянин.</w:t>
      </w:r>
    </w:p>
    <w:p>
      <w:r>
        <w:br/>
        <w:t>— Ну й що ж? Хіба дитині не однаково, в якій хаті на світ з'явилася? Хвороба є хвороба. Я ж кажу вам, що — менінгіт. Ви згубите дитину.</w:t>
      </w:r>
    </w:p>
    <w:p>
      <w:r>
        <w:br/>
        <w:t>— Бог побереже його!</w:t>
      </w:r>
    </w:p>
    <w:p>
      <w:r>
        <w:br/>
        <w:t>— Не звалюйте все на бога, а відразу покладіть дитину в ліжко.</w:t>
      </w:r>
    </w:p>
    <w:p>
      <w:r>
        <w:br/>
        <w:t>— Ой, не можна чіпати його, бо помре.</w:t>
      </w:r>
    </w:p>
    <w:p>
      <w:r>
        <w:br/>
        <w:t>— Чому б мало померти?</w:t>
      </w:r>
    </w:p>
    <w:p>
      <w:r>
        <w:br/>
        <w:t>Жінка мовчала.</w:t>
      </w:r>
    </w:p>
    <w:p>
      <w:r>
        <w:br/>
        <w:t>— Викиньте до дідька це канцур'я! Де то видано, щоб на таку мерзоту та ще на сиру землю класти голісіньким бідолашне невинне дитя. Стеліть ліжко!</w:t>
      </w:r>
    </w:p>
    <w:p>
      <w:r>
        <w:br/>
        <w:t>Жінка неохоче постелила ліжко. Не було ні подушки, ні сінника — саме ганчір'я, старий одяг та облізлий вівчарський кожух.</w:t>
      </w:r>
    </w:p>
    <w:p>
      <w:r>
        <w:br/>
        <w:t>— У вас немає простирадл?</w:t>
      </w:r>
    </w:p>
    <w:p>
      <w:r>
        <w:br/>
        <w:t>— Нема.</w:t>
      </w:r>
    </w:p>
    <w:p>
      <w:r>
        <w:br/>
        <w:t>— Це жахливо. Пірошко, побіжи лишень до нас і скажи економці, нехай дасть зараз же одну подушку й стару Іванкову перину.</w:t>
      </w:r>
    </w:p>
    <w:p>
      <w:r>
        <w:br/>
        <w:t>Коли дівчина вихопилася з хати, поміщиця накинулася на матір.</w:t>
      </w:r>
    </w:p>
    <w:p>
      <w:r>
        <w:br/>
        <w:t>— Беріть мерщій дитину на руки й тримайте, поки не принесуть білизну. Як можна так жити? От тобі й на!</w:t>
      </w:r>
    </w:p>
    <w:p>
      <w:r>
        <w:br/>
        <w:t>Селянка й не ворухнулася, а тільки плакала і з ненавистю дивилася на поміщицю.</w:t>
      </w:r>
    </w:p>
    <w:p>
      <w:r>
        <w:br/>
        <w:t>— Не чуєте, що кажу?</w:t>
      </w:r>
    </w:p>
    <w:p>
      <w:r>
        <w:br/>
        <w:t>— Ой пані, не втручайтеся, благаю, в наші справи, бо помре бідолашне.</w:t>
      </w:r>
    </w:p>
    <w:p>
      <w:r>
        <w:br/>
        <w:t>— Що це ви верзете?</w:t>
      </w:r>
    </w:p>
    <w:p>
      <w:r>
        <w:br/>
        <w:t>Пані запідозрила, що наштовхнулася на якісь забобони, і почала вивідувати, на які саме.</w:t>
      </w:r>
    </w:p>
    <w:p>
      <w:r>
        <w:br/>
        <w:t>— Зрозумійте, нещасна! Що то за огидна ганчірка, на якій лежить дитина?</w:t>
      </w:r>
    </w:p>
    <w:p>
      <w:r>
        <w:br/>
        <w:t>— Від неї дитина одужає.</w:t>
      </w:r>
    </w:p>
    <w:p>
      <w:r>
        <w:br/>
        <w:t>— Я вас не розумію.</w:t>
      </w:r>
    </w:p>
    <w:p>
      <w:r>
        <w:br/>
        <w:t>— Бабка сказала, щоб покласти на неї.</w:t>
      </w:r>
    </w:p>
    <w:p>
      <w:r>
        <w:br/>
        <w:t>— Нащо?</w:t>
      </w:r>
    </w:p>
    <w:p>
      <w:r>
        <w:br/>
        <w:t>Жінка ледве призналася.</w:t>
      </w:r>
    </w:p>
    <w:p>
      <w:r>
        <w:br/>
        <w:t>— Треба постелити дитині найбруднішу сорочку свинопаса. А бабка помолиться і поворожить на вугіллі. А коли ви зараз, пані, зіпсуєте все, то дитина помре.</w:t>
      </w:r>
    </w:p>
    <w:p>
      <w:r>
        <w:br/>
        <w:t>— Негайно зателефоную окружному начальнику, коли не візьмете малого. Я вас провчу! Прирікаєте на смерть власну дитину!</w:t>
      </w:r>
    </w:p>
    <w:p>
      <w:r>
        <w:br/>
        <w:t>Поміщиця сварила матір так довго, що вже й Пірошка повернулася з білизною. А мати й досі не торкнулася дитини.</w:t>
      </w:r>
    </w:p>
    <w:p>
      <w:r>
        <w:br/>
        <w:t>Постелили ліжко. Пірошка підняла з долівки дитинча. Бачили б ви, з якою вдячністю глянуло вимучене в гарячці маленя й лягло на м'яку подушку.</w:t>
      </w:r>
    </w:p>
    <w:p>
      <w:r>
        <w:br/>
        <w:t>А мати заломила руки, зайшлася криком-плачем.</w:t>
      </w:r>
    </w:p>
    <w:p>
      <w:r>
        <w:br/>
        <w:t>Пані залишила їх і подалася додому. Вона поспішала до свого сина. З радістю переконалася, що він здоровий і бадьорий, грається безтурботно в теплій кімнаті.</w:t>
      </w:r>
    </w:p>
    <w:p>
      <w:r>
        <w:br/>
        <w:t>Через чотири години пригналася Пірошка й сказала:</w:t>
      </w:r>
    </w:p>
    <w:p>
      <w:r>
        <w:br/>
        <w:t>— Пані, дитина померла.</w:t>
      </w:r>
    </w:p>
    <w:p>
      <w:r>
        <w:br/>
        <w:t>Поміщиця була приголомшена.</w:t>
      </w:r>
    </w:p>
    <w:p>
      <w:r>
        <w:br/>
        <w:t>Вона пішла подивитись дитину. Так і лежало, сердешне, на білій подушці...</w:t>
      </w:r>
    </w:p>
    <w:p>
      <w:r>
        <w:br/>
        <w:t>— Ось бачите ви, безумні... Хіба такі ліки потрібні дитині? Та як їй було не померти? Закопали в холодну землю, а коли простудилася, поклали на голу долівку, та ще й на оте гидке лахміття свинопаса. І гадають, від того видужає. Ой, ці забобони, ця безмежна відсталість!</w:t>
      </w:r>
    </w:p>
    <w:p>
      <w:r>
        <w:br/>
        <w:t>Мати зиркнула на поміщицю з люттю і ненавистю.</w:t>
      </w:r>
    </w:p>
    <w:p>
      <w:r>
        <w:br/>
        <w:t>— То ви, пані, винні. Ця смерть на вашій совісті. Ще три дні тому дитина стрибала, наче той в'юнець. Така була веселенька, а тепер ось лежить мертва. Бо ви пішли супроти волі божої.</w:t>
      </w:r>
    </w:p>
    <w:p>
      <w:r>
        <w:br/>
        <w:t>— Щоб я не чула цієї мерзоти! — крикнула пані.—Навмисне замордувала дитину, а мене звинувачує. Ганьба вам!</w:t>
      </w:r>
    </w:p>
    <w:p>
      <w:r>
        <w:br/>
        <w:t>Зі сльозами на очах поміщиця вийшла з наймитської хатини і пішла додому.</w:t>
      </w:r>
    </w:p>
    <w:p>
      <w:r>
        <w:br/>
        <w:t>Сяяло сонце, і навіть вітерець притих. Радістю і щастям дихала вся природа. А бідолашне дитинча померло. Воно лежало, витягнувшись на панській подушці...</w:t>
      </w:r>
    </w:p>
    <w:p>
      <w:r>
        <w:br/>
        <w:t>[1] Йоркшир — порода свиней, виведена в Англії, в графстві Йоркшир.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Найбрудніша сорочка свинопаса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