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Надбережний досвіт</w:t>
      </w:r>
    </w:p>
    <w:p>
      <w:r>
        <w:br/>
        <w:t xml:space="preserve"> І&lt;br /&gt;</w:t>
        <w:br/>
        <w:t>Марева від озера відходять,&lt;br /&gt;</w:t>
        <w:br/>
        <w:t>а туман: як потойсвітній.&lt;br /&gt;</w:t>
        <w:br/>
        <w:t>Ми — самокрадіжні; сонця одяг&lt;br /&gt;</w:t>
        <w:br/>
        <w:t>скинули, бо мало втіхи.</w:t>
      </w:r>
    </w:p>
    <w:p>
      <w:r>
        <w:br/>
        <w:t>Зодягаємся в півтіні мерхлі,&lt;br /&gt;</w:t>
        <w:br/>
        <w:t>без надій, що — й луг палає,&lt;br /&gt;</w:t>
        <w:br/>
        <w:t>несучи ікони в мідній церкві&lt;br /&gt;</w:t>
        <w:br/>
        <w:t>осени! крізь горе спрагле.</w:t>
      </w:r>
    </w:p>
    <w:p>
      <w:r>
        <w:br/>
        <w:t>Все — в блаженний жеврій, все з листками,&lt;br /&gt;</w:t>
        <w:br/>
        <w:t>погляди предвіччя близить:&lt;br /&gt;</w:t>
        <w:br/>
        <w:t>кличучи! вам квіти відмикати&lt;br /&gt;</w:t>
        <w:br/>
        <w:t>з вікон царства незалізних.</w:t>
      </w:r>
    </w:p>
    <w:p>
      <w:r>
        <w:br/>
        <w:t>Там, світливши берег проти нетрів,&lt;br /&gt;</w:t>
        <w:br/>
        <w:t>з воску — мучениці повість.&lt;br /&gt;</w:t>
        <w:br/>
        <w:t>Білокора! в пламенності терпить&lt;br /&gt;</w:t>
        <w:br/>
        <w:t>ради дня сестер високих.</w:t>
      </w:r>
    </w:p>
    <w:p>
      <w:r>
        <w:br/>
        <w:t>II&lt;br /&gt;</w:t>
        <w:br/>
        <w:t>Чуємо: курличуть в ірій вірний&lt;br /&gt;</w:t>
        <w:br/>
        <w:t>білі журавлі: — ключами.&lt;br /&gt;</w:t>
        <w:br/>
        <w:t>їм, як свідок, місяць перемірить —&lt;br /&gt;</w:t>
        <w:br/>
        <w:t>в айстрі синій шлях змічати.</w:t>
      </w:r>
    </w:p>
    <w:p>
      <w:r>
        <w:br/>
        <w:t>Тут незлобні; тут ікон явлених&lt;br /&gt;</w:t>
        <w:br/>
        <w:t>учні: в листковій подобі.&lt;br /&gt;</w:t>
        <w:br/>
        <w:t>Жертву клен, безкнижно — євангелик,&lt;br /&gt;</w:t>
        <w:br/>
        <w:t>розпалив! послушник добрий.</w:t>
      </w:r>
    </w:p>
    <w:p>
      <w:r>
        <w:br/>
        <w:t>Вкруг помножено костри блаженних;&lt;br /&gt;</w:t>
        <w:br/>
        <w:t>в озеро галуззя схилять.&lt;br /&gt;</w:t>
        <w:br/>
        <w:t>Небо кров’ю на трихресній стежі —&lt;br /&gt;</w:t>
        <w:br/>
        <w:t>побагрілося й крізь листя.</w:t>
      </w:r>
    </w:p>
    <w:p>
      <w:r>
        <w:br/>
        <w:t>Ми незрячістю сердець — мов сонні:&lt;br /&gt;</w:t>
        <w:br/>
        <w:t>не збагнем свічок осінніх.&lt;br /&gt;</w:t>
        <w:br/>
        <w:t>Риби під дзеркальністю при мості&lt;br /&gt;</w:t>
        <w:br/>
        <w:t>проминуть веселок відблиск.</w:t>
      </w:r>
    </w:p>
    <w:p>
      <w:r>
        <w:br/>
        <w:t>Ми — чи простимо, громада братня:&lt;br /&gt;</w:t>
        <w:br/>
        <w:t>всю! в непам’ять, кожну кривду?&lt;br /&gt;</w:t>
        <w:br/>
        <w:t>Рідні духом полум’я з розп’яття,&lt;br /&gt;</w:t>
        <w:br/>
        <w:t>ангели позвати прийдуть.</w:t>
      </w:r>
    </w:p>
    <w:p>
      <w:r>
        <w:br/>
        <w:t>Ми — чи в звіт готові? крильня сіра, —&lt;br /&gt;</w:t>
        <w:br/>
        <w:t>до спокути, до палання.&lt;br /&gt;</w:t>
        <w:br/>
        <w:t>Вкруг хреста небесного іскриться,&lt;br /&gt;</w:t>
        <w:br/>
        <w:t>в цвіт, галузка сонць ласкава.</w:t>
      </w:r>
    </w:p>
    <w:p>
      <w:r>
        <w:br/>
        <w:t>III&lt;br /&gt;</w:t>
        <w:br/>
        <w:t>Невеличні! кожен братчик вибрав&lt;br /&gt;</w:t>
        <w:br/>
        <w:t>смолоскип від неба мовчки.&lt;br /&gt;</w:t>
        <w:br/>
        <w:t>І повторює з огню глибизна —&lt;br /&gt;</w:t>
        <w:br/>
        <w:t>звіщення: в досвітню поміч.</w:t>
      </w:r>
    </w:p>
    <w:p>
      <w:r>
        <w:br/>
        <w:t>Мов пожежа в небозвід: чудесність! —&lt;br /&gt;</w:t>
        <w:br/>
        <w:t>без темнот, ні в спад пелюстки.&lt;br /&gt;</w:t>
        <w:br/>
        <w:t>Ключик сонця зо стежок щоденних&lt;br /&gt;</w:t>
        <w:br/>
        <w:t>світить крізь терни колючі.</w:t>
      </w:r>
    </w:p>
    <w:p>
      <w:r>
        <w:br/>
        <w:t>Світоч, розсипаючи вкруг церкви&lt;br /&gt;</w:t>
        <w:br/>
        <w:t>скарби з-над сузір’їв кріпких…&lt;br /&gt;</w:t>
        <w:br/>
        <w:t>мій порадник! псальмик мій сердечний,&lt;br /&gt;</w:t>
        <w:br/>
        <w:t>став при дверях неба мріти.</w:t>
      </w:r>
    </w:p>
    <w:p>
      <w:r>
        <w:br/>
        <w:t>Царство, при хатках межею поряд,&lt;br /&gt;</w:t>
        <w:br/>
        <w:t>побудовано: від чаші.&lt;br /&gt;</w:t>
        <w:br/>
        <w:t>Зором серця зглянем, як негорда&lt;br /&gt;</w:t>
        <w:br/>
        <w:t>нива стала причащатись.</w:t>
      </w:r>
    </w:p>
    <w:p>
      <w:r>
        <w:br/>
        <w:t>IV&lt;br /&gt;</w:t>
        <w:br/>
        <w:t>Сиплються листки — в три чверті зірки:&lt;br /&gt;</w:t>
        <w:br/>
        <w:t>ніби розгорівши з воску.&lt;br /&gt;</w:t>
        <w:br/>
        <w:t>Кучугурами жарин закрили&lt;br /&gt;</w:t>
        <w:br/>
        <w:t>згадку каменів жорстоку.</w:t>
      </w:r>
    </w:p>
    <w:p>
      <w:r>
        <w:br/>
        <w:t>В синьогір’я напливають хмари,&lt;br /&gt;</w:t>
        <w:br/>
        <w:t>з тайности: мов гілка близить.&lt;br /&gt;</w:t>
        <w:br/>
        <w:t>Огній кленик — смолоскипник, марить;&lt;br /&gt;</w:t>
        <w:br/>
        <w:t>розсвіт в озері любити.</w:t>
      </w:r>
    </w:p>
    <w:p>
      <w:r>
        <w:br/>
        <w:t>Нам би, наче гшамінь, завінчалась&lt;br /&gt;</w:t>
        <w:br/>
        <w:t>осінь при гробниці сніжній.&lt;br /&gt;</w:t>
        <w:br/>
        <w:t>Звідки? від руїни та дичання&lt;br /&gt;</w:t>
        <w:br/>
        <w:t>груди розростили в хижість.</w:t>
      </w:r>
    </w:p>
    <w:p>
      <w:r>
        <w:br/>
        <w:t>Без святого невидим’я! тоскні,&lt;br /&gt;</w:t>
        <w:br/>
        <w:t>кліплять каганечно душі…&lt;br /&gt;</w:t>
        <w:br/>
        <w:t>Чад і тління суєти крізь осінь&lt;br /&gt;</w:t>
        <w:br/>
        <w:t>розтягнули: сніг додушить.</w:t>
      </w:r>
    </w:p>
    <w:p>
      <w:r>
        <w:br/>
        <w:t>Збудимося? крізь туман присмертннй.&lt;br /&gt;</w:t>
        <w:br/>
        <w:t>вірячи з свічками свідків.&lt;br /&gt;</w:t>
        <w:br/>
        <w:t>Спомин церкви, в десять рук. берези&lt;br /&gt;</w:t>
        <w:br/>
        <w:t>піднесли на празник східній.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Надбережний досвіт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