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рікою</w:t>
      </w:r>
    </w:p>
    <w:p>
      <w:r>
        <w:br/>
        <w:t xml:space="preserve"> Ця світла синява, у небесах розлита,&lt;br /&gt;</w:t>
        <w:br/>
        <w:t>Ця зелень квітних трав, ця соковитість літа,&lt;br /&gt;</w:t>
        <w:br/>
        <w:t>Що простеляється достиглістю щедрот,&lt;br /&gt;</w:t>
        <w:br/>
        <w:t>Прозора далина, холодний подих вод,&lt;br /&gt;</w:t>
        <w:br/>
        <w:t>Густі ліщинники на набережних схилах,&lt;br /&gt;</w:t>
        <w:br/>
        <w:t>Розжарений пісок, хмаринка легкокрила,&lt;br /&gt;</w:t>
        <w:br/>
        <w:t>Сліпучих променів такий розтратний жар,&lt;br /&gt;</w:t>
        <w:br/>
        <w:t>Те все, що навкруги, все – створене як дар&lt;br /&gt;</w:t>
        <w:br/>
        <w:t>Тобі, – впиватися і напувати тіло,&lt;br /&gt;</w:t>
        <w:br/>
        <w:t>Обточувати стан, вливати пружність, силу,&lt;br /&gt;</w:t>
        <w:br/>
        <w:t>Сповняти світлістю, сторадістю життя.&lt;br /&gt;</w:t>
        <w:br/>
        <w:t>Очима п’ю тебе, красу твого буття,&lt;br /&gt;</w:t>
        <w:br/>
        <w:t>Коли на березі, спираючись недбало,&lt;br /&gt;</w:t>
        <w:br/>
        <w:t>Смаглява, золота від соняшного палу,&lt;br /&gt;</w:t>
        <w:br/>
        <w:t>Лежиш, усмішкою вітаючи – кого?&lt;br /&gt;</w:t>
        <w:br/>
        <w:t>З якою пристрастю до рамена твого,&lt;br /&gt;</w:t>
        <w:br/>
        <w:t>Коли б ти знала це, – припав би я устами!&lt;br /&gt;</w:t>
        <w:br/>
        <w:t>Але без поруху, мов оповита снами&lt;br /&gt;</w:t>
        <w:br/>
        <w:t>Триваєш, віями накривши глиб очей.&lt;br /&gt;</w:t>
        <w:br/>
        <w:t>А, може, вдаваний незрушний спокій цей&lt;br /&gt;</w:t>
        <w:br/>
        <w:t>І вмисне, граючись, очей не підведеш ти,&lt;br /&gt;</w:t>
        <w:br/>
        <w:t>Бо хочеш, потайки, щоб милував і пестив&lt;br /&gt;</w:t>
        <w:br/>
        <w:t>Тебе цілунком нестримних палань&lt;br /&gt;</w:t>
        <w:br/>
        <w:t>І сонцевий вогонь, і пал моїх бажань?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рікою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