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Над озером щирбським</w:t>
      </w:r>
    </w:p>
    <w:p>
      <w:r>
        <w:br/>
        <w:t xml:space="preserve"> "Молодій музі"</w:t>
      </w:r>
    </w:p>
    <w:p>
      <w:r>
        <w:br/>
        <w:t>І</w:t>
      </w:r>
    </w:p>
    <w:p>
      <w:r>
        <w:br/>
        <w:t>Над озером Щирбським ні пташка не пирхне,&lt;br /&gt;</w:t>
        <w:br/>
        <w:t>Край плеса ліщина не шепче,&lt;br /&gt;</w:t>
        <w:br/>
        <w:t>Ні рожі не дишуть, вітрець не чичирхне,&lt;br /&gt;</w:t>
        <w:br/>
        <w:t>Так тихо, ні плесо не плеще!</w:t>
      </w:r>
    </w:p>
    <w:p>
      <w:r>
        <w:br/>
        <w:t>Не місяць сріблистий опівночі впав&lt;br /&gt;</w:t>
        <w:br/>
        <w:t>На землю, на бездну між гори,&lt;br /&gt;</w:t>
        <w:br/>
        <w:t>До збіч смарагдових краями пристав —&lt;br /&gt;</w:t>
        <w:br/>
        <w:t>То озеро срібне — як море!..</w:t>
      </w:r>
    </w:p>
    <w:p>
      <w:r>
        <w:br/>
        <w:t>Світає на горах… Сріблистий безкрай&lt;br /&gt;</w:t>
        <w:br/>
        <w:t>Фйолетом займився до сходу,&lt;br /&gt;</w:t>
        <w:br/>
        <w:t>Хвилюється топ'я, шепоче розмай,&lt;br /&gt;</w:t>
        <w:br/>
        <w:t>Хтось станув край синього броду.</w:t>
      </w:r>
    </w:p>
    <w:p>
      <w:r>
        <w:br/>
        <w:t>II</w:t>
      </w:r>
    </w:p>
    <w:p>
      <w:r>
        <w:br/>
        <w:t>Край озера старець столітній стоїть,&lt;br /&gt;</w:t>
        <w:br/>
        <w:t>Чоло гранітове суворе…&lt;br /&gt;</w:t>
        <w:br/>
        <w:t>Сто гір, сто провалів держить від століть,&lt;br /&gt;</w:t>
        <w:br/>
        <w:t>Володар він, цар на всі гори.</w:t>
      </w:r>
    </w:p>
    <w:p>
      <w:r>
        <w:br/>
        <w:t>Вкотилося сонце йому над чолом,&lt;br /&gt;</w:t>
        <w:br/>
        <w:t>Озареним щитом корони!&lt;br /&gt;</w:t>
        <w:br/>
        <w:t>А озеро присло зір тисяч кругом,&lt;br /&gt;</w:t>
        <w:br/>
        <w:t>До ніг йому грає, гомоне:</w:t>
      </w:r>
    </w:p>
    <w:p>
      <w:r>
        <w:br/>
        <w:t>"Добрий день, Криване!.." Столітній нанаш&lt;br /&gt;</w:t>
        <w:br/>
        <w:t>У плесі лице умиває&lt;br /&gt;</w:t>
        <w:br/>
        <w:t>І кучері сиві… І свій отченаш&lt;br /&gt;</w:t>
        <w:br/>
        <w:t>Устами без слів вимовляє…</w:t>
      </w:r>
    </w:p>
    <w:p>
      <w:r>
        <w:br/>
        <w:t>III</w:t>
      </w:r>
    </w:p>
    <w:p>
      <w:r>
        <w:br/>
        <w:t>А іноді вдосвіта, кажуть, Криван&lt;br /&gt;</w:t>
        <w:br/>
        <w:t>З свічада мечі добуває,&lt;br /&gt;</w:t>
        <w:br/>
        <w:t>Стає на високий, найвищий курган,&lt;br /&gt;</w:t>
        <w:br/>
        <w:t>Монголам грозу присягає!</w:t>
      </w:r>
    </w:p>
    <w:p>
      <w:r>
        <w:br/>
        <w:t>Народе словацький! Вже з гір огняні&lt;br /&gt;</w:t>
        <w:br/>
        <w:t>Стовпи довкруги загоріли!&lt;br /&gt;</w:t>
        <w:br/>
        <w:t>Словаки! Гетьмани! У бій! До борні!&lt;br /&gt;</w:t>
        <w:br/>
        <w:t>Монголи народ одоліли!</w:t>
      </w:r>
    </w:p>
    <w:p>
      <w:r>
        <w:br/>
        <w:t>Вдар, пушко словацька, над озером — грим!&lt;br /&gt;</w:t>
        <w:br/>
        <w:t>Пожежа в краю загогоче,&lt;br /&gt;</w:t>
        <w:br/>
        <w:t>А озеро морем розллється грізним&lt;br /&gt;</w:t>
        <w:br/>
        <w:t>І ганьбу у крові сполоче!</w:t>
      </w:r>
    </w:p>
    <w:p>
      <w:r>
        <w:br/>
        <w:t>Я слухаю… Тихо… Вітрець не чичирхне…&lt;br /&gt;</w:t>
        <w:br/>
        <w:t>Край плеса ліщина не шепче,&lt;br /&gt;</w:t>
        <w:br/>
        <w:t>Ні рожі не дишуть… ні пташка не пирхне…&lt;br /&gt;</w:t>
        <w:br/>
        <w:t>І плесо не плеще… не плеще!..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Над озером щирбським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