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колискою</w:t>
      </w:r>
    </w:p>
    <w:p>
      <w:r>
        <w:br/>
        <w:t xml:space="preserve"> Спи, дитя моє, ти життя моє!&lt;br /&gt;</w:t>
        <w:br/>
        <w:t>Спи, дитя моє красне!&lt;br /&gt;</w:t>
        <w:br/>
        <w:t>Поки сонечко не запалиться,&lt;br /&gt;</w:t>
        <w:br/>
        <w:t>Поки місяць не згасне!..</w:t>
      </w:r>
    </w:p>
    <w:p>
      <w:r>
        <w:br/>
        <w:t>А я, бідная, над колискою&lt;br /&gt;</w:t>
        <w:br/>
        <w:t>Цілу ніч не здрімаю,&lt;br /&gt;</w:t>
        <w:br/>
        <w:t>Про життя твоє нещасливеє&lt;br /&gt;</w:t>
        <w:br/>
        <w:t>Тобі пісню співаю.</w:t>
      </w:r>
    </w:p>
    <w:p>
      <w:r>
        <w:br/>
        <w:t>Спи, дитя моє, ти життя моє!&lt;br /&gt;</w:t>
        <w:br/>
        <w:t>Тільки щастя і долі!&lt;br /&gt;</w:t>
        <w:br/>
        <w:t>Будеш цілий вік, як той чорний віл,&lt;br /&gt;</w:t>
        <w:br/>
        <w:t>У ярмі та неволі!</w:t>
      </w:r>
    </w:p>
    <w:p>
      <w:r>
        <w:br/>
        <w:t>Тільки губонька залепечеться,&lt;br /&gt;</w:t>
        <w:br/>
        <w:t>Слаба ніженька стане,&lt;br /&gt;</w:t>
        <w:br/>
        <w:t>Слаба рученька перехреститься,-&lt;br /&gt;</w:t>
        <w:br/>
        <w:t>Твоє горе настане!</w:t>
      </w:r>
    </w:p>
    <w:p>
      <w:r>
        <w:br/>
        <w:t>Не підеш з дітьми, не побавишся&lt;br /&gt;</w:t>
        <w:br/>
        <w:t>На пуховім пісочку,&lt;br /&gt;</w:t>
        <w:br/>
        <w:t>Не прийдеш у сад, не положишся,&lt;br /&gt;</w:t>
        <w:br/>
        <w:t>Не заснеш в холодочку!..</w:t>
      </w:r>
    </w:p>
    <w:p>
      <w:r>
        <w:br/>
        <w:t>Не з дітьми підеш,— панську череду&lt;br /&gt;</w:t>
        <w:br/>
        <w:t>Поженеш ти на поле!..&lt;br /&gt;</w:t>
        <w:br/>
        <w:t>Не пісок м'який,— стерня острая&lt;br /&gt;</w:t>
        <w:br/>
        <w:t>Босі ноги наколе!..</w:t>
      </w:r>
    </w:p>
    <w:p>
      <w:r>
        <w:br/>
        <w:t>І від сонечка не сховаєшся&lt;br /&gt;</w:t>
        <w:br/>
        <w:t>За відорану скибу;&lt;br /&gt;</w:t>
        <w:br/>
        <w:t>Зав'ялить тебе в полі сонечко,&lt;br /&gt;</w:t>
        <w:br/>
        <w:t>Як ту в'ялую рибу!..</w:t>
      </w:r>
    </w:p>
    <w:p>
      <w:r>
        <w:br/>
        <w:t>І не раз сльоза із очей спаде&lt;br /&gt;</w:t>
        <w:br/>
        <w:t>На запалені груди,-&lt;br /&gt;</w:t>
        <w:br/>
        <w:t>І сльозу твою тільки бог їден&lt;br /&gt;</w:t>
        <w:br/>
        <w:t>З неба видіти буде!</w:t>
      </w:r>
    </w:p>
    <w:p>
      <w:r>
        <w:br/>
        <w:t>Станеш хлопцем ти, станеш парубком,&lt;br /&gt;</w:t>
        <w:br/>
        <w:t>Тобі все їдна доля:&lt;br /&gt;</w:t>
        <w:br/>
        <w:t>Череда пройде, найде панщина —&lt;br /&gt;</w:t>
        <w:br/>
        <w:t>Їдна й тая ж неволя.</w:t>
      </w:r>
    </w:p>
    <w:p>
      <w:r>
        <w:br/>
        <w:t>І що божий день осавула йде:&lt;br /&gt;</w:t>
        <w:br/>
        <w:t>Ти вставай до роботи!..&lt;br /&gt;</w:t>
        <w:br/>
        <w:t>Ти вставай, роби від неділеньки&lt;br /&gt;</w:t>
        <w:br/>
        <w:t>До самої суботи...</w:t>
      </w:r>
    </w:p>
    <w:p>
      <w:r>
        <w:br/>
        <w:t>І що божий день будеш досвіта&lt;br /&gt;</w:t>
        <w:br/>
        <w:t>До роботи вставати;&lt;br /&gt;</w:t>
        <w:br/>
        <w:t>Свою силоньку ні собі, ш мні,&lt;br /&gt;</w:t>
        <w:br/>
        <w:t>А панам виробляти.</w:t>
      </w:r>
    </w:p>
    <w:p>
      <w:r>
        <w:br/>
        <w:t>А там панові не вподобався,&lt;br /&gt;</w:t>
        <w:br/>
        <w:t>Писарині якому,-&lt;br /&gt;</w:t>
        <w:br/>
        <w:t>Ноги здибають , руки сплутають&lt;br /&gt;</w:t>
        <w:br/>
        <w:t>І звезуть до прийому.</w:t>
      </w:r>
    </w:p>
    <w:p>
      <w:r>
        <w:br/>
        <w:t>Станеш голий ти у "присутствії",&lt;br /&gt;</w:t>
        <w:br/>
        <w:t>Як родила тя мати...&lt;br /&gt;</w:t>
        <w:br/>
        <w:t>І зачнуть тебе пани з дохтором,&lt;br /&gt;</w:t>
        <w:br/>
        <w:t>Мов коня, оглядати...</w:t>
      </w:r>
    </w:p>
    <w:p>
      <w:r>
        <w:br/>
        <w:t>І забриють лоб — і до церкви враз,&lt;br /&gt;</w:t>
        <w:br/>
        <w:t>Там присягу прикажуть;&lt;br /&gt;</w:t>
        <w:br/>
        <w:t>У мундир вберуть, оружжя дадуть,&lt;br /&gt;</w:t>
        <w:br/>
        <w:t>Світ навіки зав'яжуть.</w:t>
      </w:r>
    </w:p>
    <w:p>
      <w:r>
        <w:br/>
        <w:t>Поженуть тебе в чужу сторону,&lt;br /&gt;</w:t>
        <w:br/>
        <w:t>І зачнуть муштрувати,&lt;br /&gt;</w:t>
        <w:br/>
        <w:t>І приказ дадуть — мову рідную&lt;br /&gt;</w:t>
        <w:br/>
        <w:t>На чужую зламати...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колискою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