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зламаному кларнеті</w:t>
      </w:r>
    </w:p>
    <w:p>
      <w:r>
        <w:br/>
        <w:t xml:space="preserve"> Хай тобі сниться трубадур,&lt;br /&gt;</w:t>
        <w:br/>
        <w:t>Що в ніч, як місяць скрився,&lt;br /&gt;</w:t>
        <w:br/>
        <w:t>Під дому твого сірий мур&lt;br /&gt;</w:t>
        <w:br/>
        <w:t>Утомлений прибився.</w:t>
      </w:r>
    </w:p>
    <w:p>
      <w:r>
        <w:br/>
        <w:t>В його зіницях жаль дрижав,&lt;br /&gt;</w:t>
        <w:br/>
        <w:t>Чоло зорали труди,&lt;br /&gt;</w:t>
        <w:br/>
        <w:t>В руках розбиту лютню мав&lt;br /&gt;</w:t>
        <w:br/>
        <w:t>І рану мав у грудях…</w:t>
      </w:r>
    </w:p>
    <w:p>
      <w:r>
        <w:br/>
        <w:t>Німий, вдивлявся в сірий двір,&lt;br /&gt;</w:t>
        <w:br/>
        <w:t>Що в нічні тіні вбрався.&lt;br /&gt;</w:t>
        <w:br/>
        <w:t>А глянув ранок з-поза гір —&lt;br /&gt;</w:t>
        <w:br/>
        <w:t>Він далі в світ помчався…</w:t>
      </w:r>
    </w:p>
    <w:p>
      <w:r>
        <w:br/>
        <w:t>Eh, vive la vie! * Нехай заграє сміх,&lt;br /&gt;</w:t>
        <w:br/>
        <w:t>В огню керви життя нехай порине,&lt;br /&gt;</w:t>
        <w:br/>
        <w:t>Геть сум з чола! Туди, де море втіх,&lt;br /&gt;</w:t>
        <w:br/>
        <w:t>Де забуття! В одній шумній годині&lt;br /&gt;</w:t>
        <w:br/>
        <w:t>Переживем терпіння днів усіх!&lt;br /&gt;</w:t>
        <w:br/>
        <w:t>Нехай заграє сміх!</w:t>
      </w:r>
    </w:p>
    <w:p>
      <w:r>
        <w:br/>
        <w:t>Eh, vive la vie! Най пісня рвесь пуста!&lt;br /&gt;</w:t>
        <w:br/>
        <w:t>І струями най шумно ллються вина,&lt;br /&gt;</w:t>
        <w:br/>
        <w:t>Ти нахили вишневії уста,&lt;br /&gt;</w:t>
        <w:br/>
        <w:t>Ах, ти у пристрасні обійми йди, дівчино,&lt;br /&gt;</w:t>
        <w:br/>
        <w:t>Най злучить нас на хвилю гра пуста!&lt;br /&gt;</w:t>
        <w:br/>
        <w:t>Гей, нахили уста!..</w:t>
      </w:r>
    </w:p>
    <w:p>
      <w:r>
        <w:br/>
        <w:t>***</w:t>
      </w:r>
    </w:p>
    <w:p>
      <w:r>
        <w:br/>
        <w:t>_______________________&lt;br /&gt;</w:t>
        <w:br/>
        <w:t>* Хай живе життя! (фр.)</w:t>
      </w:r>
    </w:p>
    <w:p>
      <w:r>
        <w:br/>
        <w:t>Джерело:Цифрова Українська Бібліотека.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зламаному кларнеті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