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На уроці математики</w:t>
      </w:r>
    </w:p>
    <w:p>
      <w:r>
        <w:br/>
        <w:t xml:space="preserve"> Він до класу зайшов неквапливо,&lt;br /&gt;</w:t>
        <w:br/>
        <w:t>крейду взяв і, немов чарівник,&lt;br /&gt;</w:t>
        <w:br/>
        <w:t>вивів числа на дошці красиво:&lt;br /&gt;</w:t>
        <w:br/>
        <w:t>— Ось вам ділене, частка, дільник.</w:t>
      </w:r>
    </w:p>
    <w:p>
      <w:r>
        <w:br/>
        <w:t>Заспівало нам слово доданок,&lt;br /&gt;</w:t>
        <w:br/>
        <w:t>мов дударик заграв на дуду;&lt;br /&gt;</w:t>
        <w:br/>
        <w:t>а дільник — як щільник із дуплянок,&lt;br /&gt;</w:t>
        <w:br/>
        <w:t>що дідусь нам зібрав у саду.</w:t>
      </w:r>
    </w:p>
    <w:p>
      <w:r>
        <w:br/>
        <w:t>Частка, множник, добуток, остача —&lt;br /&gt;</w:t>
        <w:br/>
        <w:t>квітів жмутик, і бджілка гуде;&lt;br /&gt;</w:t>
        <w:br/>
        <w:t>оживають слова — і задача&lt;br /&gt;</w:t>
        <w:br/>
        <w:t>веселіше до розв'язку йде.</w:t>
      </w:r>
    </w:p>
    <w:p>
      <w:r>
        <w:br/>
        <w:t>Зачаровані мовним розмаєм,&lt;br /&gt;</w:t>
        <w:br/>
        <w:t>що росою спадає з розгіль,&lt;br /&gt;</w:t>
        <w:br/>
        <w:t>ми в учителя щиро питаєм:&lt;br /&gt;</w:t>
        <w:br/>
        <w:t>— А від кіль це буяння? Відкіль?</w:t>
      </w:r>
    </w:p>
    <w:p>
      <w:r>
        <w:br/>
        <w:t>— Від землі слова рідного соки, —&lt;br /&gt;</w:t>
        <w:br/>
        <w:t>усміхнувсь він, скінчивши урок, —&lt;br /&gt;</w:t>
        <w:br/>
        <w:t>Це — поезії небо високе,&lt;br /&gt;</w:t>
        <w:br/>
        <w:t>що людину зове до зірок.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 уроці математики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