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світанні</w:t>
      </w:r>
    </w:p>
    <w:p>
      <w:r>
        <w:br/>
        <w:t xml:space="preserve"> &lt;p&gt;— Вставай, сину, вже швидко буде розвиднятись.</w:t>
      </w:r>
    </w:p>
    <w:p>
      <w:r>
        <w:br/>
        <w:t>Підводжу голову з постелі: в хаті блимає, вікна затулені чорним сукном темряви, не можна вгадати, скільки минуло вже ночі й скільки ще буде,— ніщо про світ не нагадує.</w:t>
      </w:r>
    </w:p>
    <w:p>
      <w:r>
        <w:br/>
        <w:t>— Вставай, сину, підемо.</w:t>
      </w:r>
    </w:p>
    <w:p>
      <w:r>
        <w:br/>
        <w:t>Протираю од сну очі.</w:t>
      </w:r>
    </w:p>
    <w:p>
      <w:r>
        <w:br/>
        <w:t>— Куди, мамо?</w:t>
      </w:r>
    </w:p>
    <w:p>
      <w:r>
        <w:br/>
        <w:t>— О, а хіба ж ти забув: підемо дивитись, як сонце сходить. Ти ж просив, щоб тебе збудили. Вставай! — підводить мене.</w:t>
      </w:r>
    </w:p>
    <w:p>
      <w:r>
        <w:br/>
        <w:t>Так, я прохав, щоб мене збудили, я давно вже марив про це, коли ж тепер...</w:t>
      </w:r>
    </w:p>
    <w:p>
      <w:r>
        <w:br/>
        <w:t>— Спати хочеться, мамо, дуже,— пхикаю я і, мов винуватий, схиляю сонну голову матері на груди.</w:t>
      </w:r>
    </w:p>
    <w:p>
      <w:r>
        <w:br/>
        <w:t>— Вставай, вставай, не лінуйся,— чую ніжний, лагідний, проте невблаганний голос.</w:t>
      </w:r>
    </w:p>
    <w:p>
      <w:r>
        <w:br/>
        <w:t>Мнуся, починаю, позіхаючи, одягатись, сопу. Мати нашвидку допомагає, вмиває холодною водою.</w:t>
      </w:r>
    </w:p>
    <w:p>
      <w:r>
        <w:br/>
        <w:t>І ще на моїх очах теліпалося якесь клоччя од сну, а ноги плутались, мов у гарбузинні, а ми вже з хати вийшли у свіжу темряву.</w:t>
      </w:r>
    </w:p>
    <w:p>
      <w:r>
        <w:br/>
        <w:t>В темряві видно було одне тільки небо — далеке, темне, як оксамит; а по йому безліч золотих жучків — лежали горілиць і перебирали золотими ніжками, не маючи сили рушити з місця.</w:t>
      </w:r>
    </w:p>
    <w:p>
      <w:r>
        <w:br/>
        <w:t>Обвіяв усього, мов злив холодною купіллю з ніг до голови, весняний вітерець,— струснув плечима, ніби скидаючи останні дрімоти.</w:t>
      </w:r>
    </w:p>
    <w:p>
      <w:r>
        <w:br/>
        <w:t>Я засипаю вже матір, як горохом, усякими питаннями, і мій цікавий дзвінкий голос будить сонну темряву.</w:t>
      </w:r>
    </w:p>
    <w:p>
      <w:r>
        <w:br/>
        <w:t>Мати думає щось своє: одповідає лагідно, проте коротко, уривками, іноді зовсім мовчить.</w:t>
      </w:r>
    </w:p>
    <w:p>
      <w:r>
        <w:br/>
        <w:t>Мушу мовчати й собі. Озираюсь кругом: чого ж це, одначе, не світає — темно-темно, як у льоху? Аж сумно. І мати мовчить. Із темряви вирізувалися розпливчасті контури страховищ, чорних, волохатих. Перед очима виростали якісь високі стіни, страхітні скелі — мертві, страшні. Здавалось — ось-ось зразу обуряться на нас, задавлять.</w:t>
      </w:r>
    </w:p>
    <w:p>
      <w:r>
        <w:br/>
        <w:t>Ставало тоскно. Дитяче зневір’я почало лякати мене. Забувалося, де ми йдемо і куди. Може, звідсіль ніколи ми не виберемося, може, ми вже там, де сонця не буває, де завжди ніч...</w:t>
      </w:r>
    </w:p>
    <w:p>
      <w:r>
        <w:br/>
        <w:t>Незвичайно висока постать моєї матері в темряві здається чужою, незнакомою.</w:t>
      </w:r>
    </w:p>
    <w:p>
      <w:r>
        <w:br/>
        <w:t>"А що, як це не моя мати? — миготить полохлива думка, і в грудях стає холодно.— Може, це омана водить мене, малого, темної ночі серед невідомих гір та бескеття?"</w:t>
      </w:r>
    </w:p>
    <w:p>
      <w:r>
        <w:br/>
        <w:t>— Мамо! — сіпаю матір за рукав.— Мамо, що це за гори?</w:t>
      </w:r>
    </w:p>
    <w:p>
      <w:r>
        <w:br/>
        <w:t>— Де, сину?</w:t>
      </w:r>
    </w:p>
    <w:p>
      <w:r>
        <w:br/>
        <w:t>— А оце коло нас?</w:t>
      </w:r>
    </w:p>
    <w:p>
      <w:r>
        <w:br/>
        <w:t>— Це не гори — це сади.</w:t>
      </w:r>
    </w:p>
    <w:p>
      <w:r>
        <w:br/>
        <w:t>Подув вітерець — і мертві, страхітні скелі дихнули з темряви весняним цвітом та зеленим рястом.</w:t>
      </w:r>
    </w:p>
    <w:p>
      <w:r>
        <w:br/>
        <w:t>Дихала могутня сила — жива, запашна.</w:t>
      </w:r>
    </w:p>
    <w:p>
      <w:r>
        <w:br/>
        <w:t>"І який же я боязкий",— соромлю себе, осміхаючись. Голос матері зразу заспокоїв мене.</w:t>
      </w:r>
    </w:p>
    <w:p>
      <w:r>
        <w:br/>
        <w:t>І знову я пригадую, знову марю, що буде.</w:t>
      </w:r>
    </w:p>
    <w:p>
      <w:r>
        <w:br/>
        <w:t>З темряви насувались примари все нові й нові, химерні, страхітніші, простягали з боків руки, намагаючись ухопити мене, гнались за мною, хотіли одірвати мене од матері й кинути самого блудити в цих нетрях.</w:t>
      </w:r>
    </w:p>
    <w:p>
      <w:r>
        <w:br/>
        <w:t>Я міцно держався за руку матері, сміливо озирався на їх, нахвалявся рукою й навіть дражнився...</w:t>
      </w:r>
    </w:p>
    <w:p>
      <w:r>
        <w:br/>
        <w:t>— А ось уже, хвалити бога, й на світ благословиться! — чую голос матері.</w:t>
      </w:r>
    </w:p>
    <w:p>
      <w:r>
        <w:br/>
        <w:t>Справді світало. Як же я не помітив!.. За великими тінями прогавив, коли на сході почало видніти. Вставала звідтіль якась ясна сила й стіною пхала темряву і всі її страхіття на захід.</w:t>
      </w:r>
    </w:p>
    <w:p>
      <w:r>
        <w:br/>
        <w:t>Швидко гасилися зірки, як лампадки після всеношної, а край неба на сході пашів рожевим світом, як лице дитини, що недавно підвелася од жаркої подушки. Рожева темрява впала на поле, на скелі-сади, на якесь село, що помалу виринало із рожевих сутінів. Лежать іще сутінки на хмарах-садах, немов попелом закурило їх, та вже хтось продимає куряву над їми і з-під неї вирізуються сизі плями — буйний на дереві цвіт. Як сніг, забіліли десь на рожевому тлі білі стовбури березок, а над ними зеленими хмарками темніли кучеряві, в дрібному молодому листу, віти.</w:t>
      </w:r>
    </w:p>
    <w:p>
      <w:r>
        <w:br/>
        <w:t>Щось діялось дивне, чудне, і в моїх грудях прокидалось легеньке хвилювання.</w:t>
      </w:r>
    </w:p>
    <w:p>
      <w:r>
        <w:br/>
        <w:t>А в селі прокидався гомін — якийсь скучний, сердитий. Хрипко озивається худоба, чути короткі сердиті вигуки, ляскання батога. В рожевому, потьмареному світі, як на дні якоїсь ями, вештаються поміж зеленими садами люди — лихі, заспані, нечесані, абияк одягнуті. Сон турляє ними у всі боки — через груддя, через колоддя. Спотикаються, сердито одвертають лице од рожевого світу, і в заспаних очах їх іще не горить огонь життя — радощів і сміху немає ще й сліду.</w:t>
      </w:r>
    </w:p>
    <w:p>
      <w:r>
        <w:br/>
        <w:t>А сади, як живі, повернулись до сходу, не зворухнуться, радісно дожидають чогось із видного краю. Дожидають непорушно, терпляче, і тільки дедалі видніє їх чоло, ясніє радісний усміх.</w:t>
      </w:r>
    </w:p>
    <w:p>
      <w:r>
        <w:br/>
        <w:t>Ми спинились.</w:t>
      </w:r>
    </w:p>
    <w:p>
      <w:r>
        <w:br/>
        <w:t>Ось-ось випливає щось на рожевий серпанок дивне, ясне, радісне.</w:t>
      </w:r>
    </w:p>
    <w:p>
      <w:r>
        <w:br/>
        <w:t>Б’ється серце.</w:t>
      </w:r>
    </w:p>
    <w:p>
      <w:r>
        <w:br/>
        <w:t>"Ідуть! Ідуть! Ідуть!.." — радісно захлинаючись, на всі сади й діброви затьохкав соловей, кинувся поринати десь у зелені.</w:t>
      </w:r>
    </w:p>
    <w:p>
      <w:r>
        <w:br/>
        <w:t>Пішов радісний шелест.</w:t>
      </w:r>
    </w:p>
    <w:p>
      <w:r>
        <w:br/>
        <w:t>Справді, щось виходить, якась радісна, золота процесія, і вже на рожевому тлі золотими голками блиснуло скілько променів.</w:t>
      </w:r>
    </w:p>
    <w:p>
      <w:r>
        <w:br/>
        <w:t>Здавалось, якісь зореносці, обійшовши землю, вибирались до нас на гору з корогвами, з бунчуками, з радісними сурмами, високо підіймаючи вперед золоту зорю.</w:t>
      </w:r>
    </w:p>
    <w:p>
      <w:r>
        <w:br/>
        <w:t>— Ах!..— виривається мимоволі з моїх грудей радісний крик.</w:t>
      </w:r>
    </w:p>
    <w:p>
      <w:r>
        <w:br/>
        <w:t>Це було перше диво, перше чудо, що діялось на моїх очах</w:t>
      </w:r>
    </w:p>
    <w:p>
      <w:r>
        <w:br/>
        <w:t>А із затінку виринула вже очеремха в білому цвіту, мов зморена, квола панна в зеленому вінку,— рожевому досвітку вклоняється.</w:t>
      </w:r>
    </w:p>
    <w:p>
      <w:r>
        <w:br/>
        <w:t>Спалахнув рожевим усміхом молодий вишняк.</w:t>
      </w:r>
    </w:p>
    <w:p>
      <w:r>
        <w:br/>
        <w:t>А далі, мов широке море, розгортає зелені груди мертва скеля-діброва, осміхається тихою усмішкою велетня.</w:t>
      </w:r>
    </w:p>
    <w:p>
      <w:r>
        <w:br/>
        <w:t>В селі залящав десь радісний сміх — прокинувся і він, ледачий.</w:t>
      </w:r>
    </w:p>
    <w:p>
      <w:r>
        <w:br/>
        <w:t>В грудях здавлювало дух...</w:t>
      </w:r>
    </w:p>
    <w:p>
      <w:r>
        <w:br/>
        <w:t>Що то буде далі?</w:t>
      </w:r>
    </w:p>
    <w:p>
      <w:r>
        <w:br/>
        <w:t>Аж ось на обрію, під рожевою тканкою, швидко почало вигинати спину щось чорне, волохате, мов те страхіття, що лякало мене перед світом.</w:t>
      </w:r>
    </w:p>
    <w:p>
      <w:r>
        <w:br/>
        <w:t>Вигнуло спину, випростало лапи, і на рожевому тлі випливала, як чорна мара, пелехата хмара, розкидала кругом од себе безліч рук і ніг.</w:t>
      </w:r>
    </w:p>
    <w:p>
      <w:r>
        <w:br/>
        <w:t>Здавалося, сама вона не рушала, тільки одна з її лап почала виростати вдовж, ширитись, розкривати все ширше й ширше волохату жменю.</w:t>
      </w:r>
    </w:p>
    <w:p>
      <w:r>
        <w:br/>
        <w:t>Досунулась до золотого проміння й лягла на його чорною плямою.</w:t>
      </w:r>
    </w:p>
    <w:p>
      <w:r>
        <w:br/>
        <w:t>* * *</w:t>
      </w:r>
    </w:p>
    <w:p>
      <w:r>
        <w:br/>
        <w:t>Погасав рожевий світ. Смутком повійнуло над садами: стемніли, охмурніли.</w:t>
      </w:r>
    </w:p>
    <w:p>
      <w:r>
        <w:br/>
        <w:t>В селі замовк, сховався сміх. Хмара розпливалася на все небо. Ущух соловей. Сльози душили мене: не буде ясного дня, не буде радісного свята...</w:t>
      </w:r>
    </w:p>
    <w:p>
      <w:r>
        <w:br/>
        <w:t>— Мамо, нащо це так?</w:t>
      </w:r>
    </w:p>
    <w:p>
      <w:r>
        <w:br/>
        <w:t>Мати зітхнула, почала мене розважати.</w:t>
      </w:r>
    </w:p>
    <w:p>
      <w:r>
        <w:br/>
        <w:t>Вона казала, що хмари розійдуться, а сонце-таки засяє, що з цієї хмари на наші сади, на наші лани підуть дрібні дощі, і будуть рости вони густіше, зеленітимуть буйніше.</w:t>
      </w:r>
    </w:p>
    <w:p>
      <w:r>
        <w:br/>
        <w:t>Та серце одверталося, нудилося в той час од тії розваги, а очі ворогом позирали на хмару: це ж вона потьмарила мені моє сподіване, обмарене свято, мій перший, золотий ранок.</w:t>
      </w:r>
    </w:p>
    <w:p>
      <w:r>
        <w:br/>
        <w:t>25.11. 1914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світанні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