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суд</w:t>
      </w:r>
    </w:p>
    <w:p>
      <w:r>
        <w:br/>
        <w:t xml:space="preserve"> Янка Купала (Іван Домінікович Луцевич)&lt;br /&gt;</w:t>
        <w:br/>
        <w:t>На суд</w:t>
      </w:r>
    </w:p>
    <w:p>
      <w:r>
        <w:br/>
        <w:t>Перекладач: Дмитро Павличко</w:t>
      </w:r>
    </w:p>
    <w:p>
      <w:r>
        <w:br/>
        <w:t>На суд вам, книжники, себе я віддаю,&lt;br /&gt;</w:t>
        <w:br/>
        <w:t>Судіте, як велить і пише ваш закон;&lt;br /&gt;</w:t>
        <w:br/>
        <w:t>Життя моє — то гніт і рани від припон,&lt;br /&gt;</w:t>
        <w:br/>
        <w:t>Але душа моя не збруднена в гною.</w:t>
      </w:r>
    </w:p>
    <w:p>
      <w:r>
        <w:br/>
        <w:t>Я вашу обминав ненависну сім'ю,&lt;br /&gt;</w:t>
        <w:br/>
        <w:t>Фальшивим ідолам не видався в полон.&lt;br /&gt;</w:t>
        <w:br/>
        <w:t>Якщо я й проклинав, бентежачи ваш сон,&lt;br /&gt;</w:t>
        <w:br/>
        <w:t>То проклинав себе і мук своїх змію.</w:t>
      </w:r>
    </w:p>
    <w:p>
      <w:r>
        <w:br/>
        <w:t>Грішив я так, як ви, не мав грішніших справ,&lt;br /&gt;</w:t>
        <w:br/>
        <w:t>Пив чарку гіркоти й терпіння — все до дна,&lt;br /&gt;</w:t>
        <w:br/>
        <w:t>Не знадила мене облуда ні одна.</w:t>
      </w:r>
    </w:p>
    <w:p>
      <w:r>
        <w:br/>
        <w:t>Як звір, єдиний гріх мене душив і рвав,&lt;br /&gt;</w:t>
        <w:br/>
        <w:t>Мій злочин в тім, що я мав серце, серце мав!&lt;br /&gt;</w:t>
        <w:br/>
        <w:t>Але чи це така страшенна вже вина?</w:t>
      </w:r>
    </w:p>
    <w:p>
      <w:r>
        <w:br/>
        <w:t>1915</w:t>
      </w:r>
    </w:p>
    <w:p>
      <w:r>
        <w:br/>
        <w:t>----------------------------------------</w:t>
      </w:r>
    </w:p>
    <w:p>
      <w:r>
        <w:br/>
        <w:t>На суд</w:t>
      </w:r>
    </w:p>
    <w:p>
      <w:r>
        <w:br/>
        <w:t>Перекладач: Микола Зеров</w:t>
      </w:r>
    </w:p>
    <w:p>
      <w:r>
        <w:br/>
        <w:t>На суд вам, книжники, себе я віддаю:&lt;br /&gt;</w:t>
        <w:br/>
        <w:t>Судіте по статтях, як пишеться в законі,-&lt;br /&gt;</w:t>
        <w:br/>
        <w:t>Усе життя я жив немовби на припоні,&lt;br /&gt;</w:t>
        <w:br/>
        <w:t>Та душу не віддав на зганьблення свою.</w:t>
      </w:r>
    </w:p>
    <w:p>
      <w:r>
        <w:br/>
        <w:t>Минав я завжди вас і вашу всю сім'ю,&lt;br /&gt;</w:t>
        <w:br/>
        <w:t>Перед кумирами не гнувся у поклоні.&lt;br /&gt;</w:t>
        <w:br/>
        <w:t>Коли ж душа моя зривалась у прокльоні,&lt;br /&gt;</w:t>
        <w:br/>
        <w:t>Я гамував своїх неситих мук змію.</w:t>
      </w:r>
    </w:p>
    <w:p>
      <w:r>
        <w:br/>
        <w:t>Не вкрив ганьбою я лиху громаду вашу,-&lt;br /&gt;</w:t>
        <w:br/>
        <w:t>Я горе пив щодня і лиха знав я чашу,&lt;br /&gt;</w:t>
        <w:br/>
        <w:t>Але до зрадницьких не долучився лав.</w:t>
      </w:r>
    </w:p>
    <w:p>
      <w:r>
        <w:br/>
        <w:t>І маю гріх один, він тут, мов лев пустельний.&lt;br /&gt;</w:t>
        <w:br/>
        <w:t>Я винен в тім лише, що серце, серце мав.&lt;br /&gt;</w:t>
        <w:br/>
        <w:t>Скажіть же навпростець, що то є гріх смертельний!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суд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