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сіножаті</w:t>
      </w:r>
    </w:p>
    <w:p>
      <w:r>
        <w:br/>
        <w:t xml:space="preserve"> &lt;p&gt;Любов Яновська</w:t>
      </w:r>
    </w:p>
    <w:p>
      <w:r>
        <w:br/>
        <w:t>НА СІНОЖАТІ</w:t>
      </w:r>
    </w:p>
    <w:p>
      <w:r>
        <w:br/>
        <w:t>ЖАРТ НА ОДНУ ДІЮ</w:t>
      </w:r>
    </w:p>
    <w:p>
      <w:r>
        <w:br/>
        <w:t>ДІЄВІ ЛЮДИ:</w:t>
      </w:r>
    </w:p>
    <w:p>
      <w:r>
        <w:br/>
        <w:t>П р и к а ж ч и к – Йосип Іванович.</w:t>
      </w:r>
    </w:p>
    <w:p>
      <w:r>
        <w:br/>
        <w:t>П р і с ь к а – дівка строкова.</w:t>
      </w:r>
    </w:p>
    <w:p>
      <w:r>
        <w:br/>
        <w:t>Г а л я – дівка строкова</w:t>
      </w:r>
    </w:p>
    <w:p>
      <w:r>
        <w:br/>
        <w:t>Тетяна – мати її.</w:t>
      </w:r>
    </w:p>
    <w:p>
      <w:r>
        <w:br/>
        <w:t>М а к с и м – парубок строковий.</w:t>
      </w:r>
    </w:p>
    <w:p>
      <w:r>
        <w:br/>
        <w:t>О п а н а с – батько Максимів.</w:t>
      </w:r>
    </w:p>
    <w:p>
      <w:r>
        <w:br/>
        <w:t>Строкові: дівчата, парубки, чоловіки.</w:t>
      </w:r>
    </w:p>
    <w:p>
      <w:r>
        <w:br/>
        <w:t>Староста, поняті, селяни.</w:t>
      </w:r>
    </w:p>
    <w:p>
      <w:r>
        <w:br/>
        <w:t>Діється за наших часів.</w:t>
      </w:r>
    </w:p>
    <w:p>
      <w:r>
        <w:br/>
        <w:t>ЯВА 1</w:t>
      </w:r>
    </w:p>
    <w:p>
      <w:r>
        <w:br/>
        <w:t>Сіножать. Дівчата співають петрівчаних пісень, гребуть сіно. Прикажчик сидить на сіні ліворуч; праворуч, за лаштунками, парубки.</w:t>
      </w:r>
    </w:p>
    <w:p>
      <w:r>
        <w:br/>
        <w:t>Дівчата (співають).</w:t>
      </w:r>
    </w:p>
    <w:p>
      <w:r>
        <w:br/>
        <w:t>Та маленька нічка, —</w:t>
      </w:r>
    </w:p>
    <w:p>
      <w:r>
        <w:br/>
        <w:t>Та петрівочка, —</w:t>
      </w:r>
    </w:p>
    <w:p>
      <w:r>
        <w:br/>
        <w:t>Та не виспалася наша дівочка;</w:t>
      </w:r>
    </w:p>
    <w:p>
      <w:r>
        <w:br/>
        <w:t>Цілу ніч не спала — по горі ходила,</w:t>
      </w:r>
    </w:p>
    <w:p>
      <w:r>
        <w:br/>
        <w:t>По горі ходила — віночки робила.</w:t>
      </w:r>
    </w:p>
    <w:p>
      <w:r>
        <w:br/>
        <w:t>Ой віночку білий та білесенький!</w:t>
      </w:r>
    </w:p>
    <w:p>
      <w:r>
        <w:br/>
        <w:t>Та й до личенька та рівнесенький!</w:t>
      </w:r>
    </w:p>
    <w:p>
      <w:r>
        <w:br/>
        <w:t>Ой віночку барвий та рожевий квіт, —</w:t>
      </w:r>
    </w:p>
    <w:p>
      <w:r>
        <w:br/>
        <w:t>Ой чи було літо, а чи самий цвіт.</w:t>
      </w:r>
    </w:p>
    <w:p>
      <w:r>
        <w:br/>
        <w:t>Ой чи було літо, а чи не було, —</w:t>
      </w:r>
    </w:p>
    <w:p>
      <w:r>
        <w:br/>
        <w:t>Чогось воно мені не докучило.</w:t>
      </w:r>
    </w:p>
    <w:p>
      <w:r>
        <w:br/>
        <w:t>П р и к а ж ч и к. Ануте, моторніше! Бачите, де сонце? Я піду до косарів, а ви тут не гуляйте; щоб скінчили гребовицю, поки повернуся. (Встає).</w:t>
      </w:r>
    </w:p>
    <w:p>
      <w:r>
        <w:br/>
        <w:t>Д і в к а. І хто б там гуляв?</w:t>
      </w:r>
    </w:p>
    <w:p>
      <w:r>
        <w:br/>
        <w:t>П р і с ь к а. Ідіть, ідіть, дядечку, — я за вас доглядатиму.</w:t>
      </w:r>
    </w:p>
    <w:p>
      <w:r>
        <w:br/>
        <w:t>П р и к а ж ч и к. Доглядай тільки свого язика, то й робота буде.</w:t>
      </w:r>
    </w:p>
    <w:p>
      <w:r>
        <w:br/>
        <w:t>П р і с ь к а. (перестає гребти). І таке, їй же Богу, вигадають: "доглядай свого язика"; неначе він заважає!.. Я ж за його грошей не беру: дурнісінько працює.</w:t>
      </w:r>
    </w:p>
    <w:p>
      <w:r>
        <w:br/>
        <w:t>П р и к а ж ч и к. О! Тебе тільки зачепи! Греби вже, греби... (Надходить праворуч до парубків, що за лаштунками). Максиме!</w:t>
      </w:r>
    </w:p>
    <w:p>
      <w:r>
        <w:br/>
        <w:t>М а к с и м (за лаштунками). Га?</w:t>
      </w:r>
    </w:p>
    <w:p>
      <w:r>
        <w:br/>
        <w:t>П р и к а ж ч и к. Повертайся проворніше, а не "га".</w:t>
      </w:r>
    </w:p>
    <w:p>
      <w:r>
        <w:br/>
        <w:t>П р і с ь к а. Адже ж він, дядечку, робить!</w:t>
      </w:r>
    </w:p>
    <w:p>
      <w:r>
        <w:br/>
        <w:t>П р и к а ж ч и к. Я до тебе балакаю? Роби своє діло, та не тич носа до чужого проса. (До парубків). Максиме!</w:t>
      </w:r>
    </w:p>
    <w:p>
      <w:r>
        <w:br/>
        <w:t>М а к с и м. Га?</w:t>
      </w:r>
    </w:p>
    <w:p>
      <w:r>
        <w:br/>
        <w:t>П р и к а ж ч и к. Не гакай, щоб тебе гаком за ребра зачепило! Твоя копиця зразу перекинеться.</w:t>
      </w:r>
    </w:p>
    <w:p>
      <w:r>
        <w:br/>
        <w:t>П р і с ь к а. Адже ж, дядечку, копиця рівна.</w:t>
      </w:r>
    </w:p>
    <w:p>
      <w:r>
        <w:br/>
        <w:t>П р и к а ж ч и к. "Рі-вна!.." На тебе скидається.</w:t>
      </w:r>
    </w:p>
    <w:p>
      <w:r>
        <w:br/>
        <w:t>П р і с ь к а. Якби-то на мене! Я — наче та тополя: рівна, гінка та висока.</w:t>
      </w:r>
    </w:p>
    <w:p>
      <w:r>
        <w:br/>
        <w:t>П р и к а ж ч и к. Греби вже..,</w:t>
      </w:r>
    </w:p>
    <w:p>
      <w:r>
        <w:br/>
        <w:t>П р і с ь к а (перестає знову гребти). Дядечку, адже я краща за Галину?</w:t>
      </w:r>
    </w:p>
    <w:p>
      <w:r>
        <w:br/>
        <w:t>П р и к а ж ч и к. Відчепися. (До парубків). Максиме! Чуєш ти, ледащо, лежебоко, поправ копицю!</w:t>
      </w:r>
    </w:p>
    <w:p>
      <w:r>
        <w:br/>
        <w:t>М а к с и м. Де?</w:t>
      </w:r>
    </w:p>
    <w:p>
      <w:r>
        <w:br/>
        <w:t>П р и к а ж ч и к. Повилазило? Перша од краю. Поправ зразу, бо я тебе таки к бісовому батькові прожену.</w:t>
      </w:r>
    </w:p>
    <w:p>
      <w:r>
        <w:br/>
        <w:t>П р і с ь к а. Дядечку, а дядечку! Вже час вам і до косарів іти, та й до Галі... гм... гм... довідатись...</w:t>
      </w:r>
    </w:p>
    <w:p>
      <w:r>
        <w:br/>
        <w:t>П р и к а ж ч и к. А тобі зась! Я й сам знаю, куди мені йти.</w:t>
      </w:r>
    </w:p>
    <w:p>
      <w:r>
        <w:br/>
        <w:t>П р і с ь к а. Не гнівайтеся-бо, дядечку! їй же Богу, я думала, що той "ледащо", "лежебока" — Максим отой — вам і памороки забив. І... проклятий-таки парубок: наче навмисне дратує: то копицю криво складе, то з Галиною забалакається...</w:t>
      </w:r>
    </w:p>
    <w:p>
      <w:r>
        <w:br/>
        <w:t>Дівчата регочуться.</w:t>
      </w:r>
    </w:p>
    <w:p>
      <w:r>
        <w:br/>
        <w:t>П р и к а ж ч и к (до дівчат). А ви, сороки, чого зуби скалите? Ось явам...</w:t>
      </w:r>
    </w:p>
    <w:p>
      <w:r>
        <w:br/>
        <w:t>ЯВА 2</w:t>
      </w:r>
    </w:p>
    <w:p>
      <w:r>
        <w:br/>
        <w:t>Ті ж і дядько строковий.</w:t>
      </w:r>
    </w:p>
    <w:p>
      <w:r>
        <w:br/>
        <w:t>За лаштунками співають косарі:</w:t>
      </w:r>
    </w:p>
    <w:p>
      <w:r>
        <w:br/>
        <w:t>Вийшли в поле косарі</w:t>
      </w:r>
    </w:p>
    <w:p>
      <w:r>
        <w:br/>
        <w:t>Косить ранком, на зорі.</w:t>
      </w:r>
    </w:p>
    <w:p>
      <w:r>
        <w:br/>
        <w:t>Ой нуте, косарі і т. ін.</w:t>
      </w:r>
    </w:p>
    <w:p>
      <w:r>
        <w:br/>
        <w:t>Д я д ь к о. Де звелите, Йосипе Івановичу, займати постаті?</w:t>
      </w:r>
    </w:p>
    <w:p>
      <w:r>
        <w:br/>
        <w:t>П р и к а ж ч и к. Зараз покажу. (Йде). Через тих собачих дівок завжди час згаїш: роботи катма, а балачок і на віз не вбереш.</w:t>
      </w:r>
    </w:p>
    <w:p>
      <w:r>
        <w:br/>
        <w:t>ЯВА З</w:t>
      </w:r>
    </w:p>
    <w:p>
      <w:r>
        <w:br/>
        <w:t>Дівчата самі.</w:t>
      </w:r>
    </w:p>
    <w:p>
      <w:r>
        <w:br/>
        <w:t>П р і с ь к а (крадеться за прикажчиком, передражнює його, як він шкандибає, потім до дівчат). Тю-у, шалений! Чи ба, як пошкандибав? Вже зник за могилою. Кидаймо, сестрички, гребти, даймо сердешним грабелькам спочити. (Шпурляє свої граблі). Отут, мої голуб'ята, на свіжому сінці полежте!</w:t>
      </w:r>
    </w:p>
    <w:p>
      <w:r>
        <w:br/>
        <w:t>Дівчата. Ай справді! (Кидають граблі).</w:t>
      </w:r>
    </w:p>
    <w:p>
      <w:r>
        <w:br/>
        <w:t>П р і с ь к а (до парубків). Хлопці-хлоп'ята, малі жабенята, кидайте й ви свої вила та йдіть до гурту.</w:t>
      </w:r>
    </w:p>
    <w:p>
      <w:r>
        <w:br/>
        <w:t>П а р у б к и (за коном).</w:t>
      </w:r>
    </w:p>
    <w:p>
      <w:r>
        <w:br/>
        <w:t>Туман яром котиться,</w:t>
      </w:r>
    </w:p>
    <w:p>
      <w:r>
        <w:br/>
        <w:t>Хлопцям гулять хочеться,</w:t>
      </w:r>
    </w:p>
    <w:p>
      <w:r>
        <w:br/>
        <w:t>Ой лихо, лихо не біда,</w:t>
      </w:r>
    </w:p>
    <w:p>
      <w:r>
        <w:br/>
        <w:t>Хлопцям гулять хочеться.</w:t>
      </w:r>
    </w:p>
    <w:p>
      <w:r>
        <w:br/>
        <w:t>Виходять на кін.</w:t>
      </w:r>
    </w:p>
    <w:p>
      <w:r>
        <w:br/>
        <w:t>ЯВА 4</w:t>
      </w:r>
    </w:p>
    <w:p>
      <w:r>
        <w:br/>
        <w:t>Дівчата та парубки.</w:t>
      </w:r>
    </w:p>
    <w:p>
      <w:r>
        <w:br/>
        <w:t>П р і с ь к а. А Максим де?</w:t>
      </w:r>
    </w:p>
    <w:p>
      <w:r>
        <w:br/>
        <w:t>Парубок 1-й. Зостався докладати копицю — боїться Йосипа.</w:t>
      </w:r>
    </w:p>
    <w:p>
      <w:r>
        <w:br/>
        <w:t>П р і с ь к а. От дурний! Максиме, йди зразу, бо, їй же Богу, вилаю... (Йде до Максима).</w:t>
      </w:r>
    </w:p>
    <w:p>
      <w:r>
        <w:br/>
        <w:t>ЯВА 5</w:t>
      </w:r>
    </w:p>
    <w:p>
      <w:r>
        <w:br/>
        <w:t>Без Пріськи.</w:t>
      </w:r>
    </w:p>
    <w:p>
      <w:r>
        <w:br/>
        <w:t>Дівка 1-а. Та й боїться ж Максим того Йосипа!</w:t>
      </w:r>
    </w:p>
    <w:p>
      <w:r>
        <w:br/>
        <w:t>Парубок 1-й. А спитать чого?</w:t>
      </w:r>
    </w:p>
    <w:p>
      <w:r>
        <w:br/>
        <w:t>Дівка 1-а. Щоб не прогнав.</w:t>
      </w:r>
    </w:p>
    <w:p>
      <w:r>
        <w:br/>
        <w:t>Парубок. Кат його не візьме — батько багатий.</w:t>
      </w:r>
    </w:p>
    <w:p>
      <w:r>
        <w:br/>
        <w:t>Дівка 1-а. А Галя? Він-бо без неї й не дихне.</w:t>
      </w:r>
    </w:p>
    <w:p>
      <w:r>
        <w:br/>
        <w:t>Парубок 1-й. А де це Галя, справді?</w:t>
      </w:r>
    </w:p>
    <w:p>
      <w:r>
        <w:br/>
        <w:t>Дівка 1-а. Йосип навмисне одрізнив од гурту: послав пшеницю мити.</w:t>
      </w:r>
    </w:p>
    <w:p>
      <w:r>
        <w:br/>
        <w:t>Парубок 1-й. Та й засіла вона йому в печінки...</w:t>
      </w:r>
    </w:p>
    <w:p>
      <w:r>
        <w:br/>
        <w:t>Дівка 2-а. Кумедія з ним, та й годі. Вчора ми вечеряємо, а Йосип став на дверях, обіперся об одвірок та як витріщиться на Галю... Ми трохи, братця, галушками не подавились від реготу... Одно дивиться, одно дивиться, ані змигне.</w:t>
      </w:r>
    </w:p>
    <w:p>
      <w:r>
        <w:br/>
        <w:t>Парубок 1-й. А Галя що?</w:t>
      </w:r>
    </w:p>
    <w:p>
      <w:r>
        <w:br/>
        <w:t>Дівка 2-а. Довго не примічала, а потім як бликне на його, та як пошпурить ложкою! Реготу на всю кухню...</w:t>
      </w:r>
    </w:p>
    <w:p>
      <w:r>
        <w:br/>
        <w:t>ЯВА 6</w:t>
      </w:r>
    </w:p>
    <w:p>
      <w:r>
        <w:br/>
        <w:t>Ті ж, П р і с ь к а, Максим.</w:t>
      </w:r>
    </w:p>
    <w:p>
      <w:r>
        <w:br/>
        <w:t>П р і с ь к а (показує на Максима). Ледве притягла.</w:t>
      </w:r>
    </w:p>
    <w:p>
      <w:r>
        <w:br/>
        <w:t>М а к с и м. Забажалося мене побачить?</w:t>
      </w:r>
    </w:p>
    <w:p>
      <w:r>
        <w:br/>
        <w:t>Дівка 1-а. Авжеж, як торішнього снігу.</w:t>
      </w:r>
    </w:p>
    <w:p>
      <w:r>
        <w:br/>
        <w:t>Дівка 2-а. І охота тобі потурати отій рудій собаці. Та, бувши гобою, я йому б досі очі заплювала.</w:t>
      </w:r>
    </w:p>
    <w:p>
      <w:r>
        <w:br/>
        <w:t>М а к с и м. Прожене, катюга!</w:t>
      </w:r>
    </w:p>
    <w:p>
      <w:r>
        <w:br/>
        <w:t>П р і с ь к а. То що, як прожене? Невже тобі страшно залишити Галю з отим клишоногим? Та хай він перед нею барвінком постелеться, хай у оксамит одягнеться — вона однаково на його наплює. Велике цабе, як прикажчик, — такий самісінький наймит, як і ми! Тільки й різниці, що ми хороші, а в його гроші! (До Максима). Та чого ти так почервонів? Чи ба, як рак печений! Біжіть, дівчата, та зачерпніть хоч у шапку води — злиймо йому вид, щоб не палав так дуже...</w:t>
      </w:r>
    </w:p>
    <w:p>
      <w:r>
        <w:br/>
        <w:t>Дівчата біжать по тикву, обливають Максима — той борониться.</w:t>
      </w:r>
    </w:p>
    <w:p>
      <w:r>
        <w:br/>
        <w:t>П р і с ь к а (починає співати, за нею весь гурт).</w:t>
      </w:r>
    </w:p>
    <w:p>
      <w:r>
        <w:br/>
        <w:t>Ой знати, знати, хто кого любе:</w:t>
      </w:r>
    </w:p>
    <w:p>
      <w:r>
        <w:br/>
        <w:t>Стисне до серденька, ще й приголубе. (Двічі).</w:t>
      </w:r>
    </w:p>
    <w:p>
      <w:r>
        <w:br/>
        <w:t>Ой знати, знати, в кого єсть дочки:</w:t>
      </w:r>
    </w:p>
    <w:p>
      <w:r>
        <w:br/>
        <w:t>Втоптані стежечки через садочки. (Двічі).</w:t>
      </w:r>
    </w:p>
    <w:p>
      <w:r>
        <w:br/>
        <w:t>Ом знати, знати, хто нежонатий:</w:t>
      </w:r>
    </w:p>
    <w:p>
      <w:r>
        <w:br/>
        <w:t>Білеє личенько, як в паненяти. (Двічі).</w:t>
      </w:r>
    </w:p>
    <w:p>
      <w:r>
        <w:br/>
        <w:t>Ой знати, знати, хто оженився:</w:t>
      </w:r>
    </w:p>
    <w:p>
      <w:r>
        <w:br/>
        <w:t>Скорчився, зморщився, ще й зажурився. (Двічі).</w:t>
      </w:r>
    </w:p>
    <w:p>
      <w:r>
        <w:br/>
        <w:t>ЯВА 7</w:t>
      </w:r>
    </w:p>
    <w:p>
      <w:r>
        <w:br/>
        <w:t>Ті ж і Г а л я.</w:t>
      </w:r>
    </w:p>
    <w:p>
      <w:r>
        <w:br/>
        <w:t>П р і с ь к а. Вже вправилася?</w:t>
      </w:r>
    </w:p>
    <w:p>
      <w:r>
        <w:br/>
        <w:t>Г а л я. Дві четверті пшениці переточила і змила.</w:t>
      </w:r>
    </w:p>
    <w:p>
      <w:r>
        <w:br/>
        <w:t>П р і с ь к а. Гаразд, що й поспішилася, бо тут як заходився Максим журитись за тобою, а Йосип і собі, так ми вже хотіли за попом бігти...</w:t>
      </w:r>
    </w:p>
    <w:p>
      <w:r>
        <w:br/>
        <w:t>Г а л я. Ти вже як зверзеш, то й купи не держиться. (До всіх дівок). Чому це ви не гребете?</w:t>
      </w:r>
    </w:p>
    <w:p>
      <w:r>
        <w:br/>
        <w:t>П р і с ь к а. Триваємо, серденько, дощу, щоб сіно одійшло.</w:t>
      </w:r>
    </w:p>
    <w:p>
      <w:r>
        <w:br/>
        <w:t>П а р у б о к. А то воно, бач, так посохло, як серце Максимове од кохання.</w:t>
      </w:r>
    </w:p>
    <w:p>
      <w:r>
        <w:br/>
        <w:t>Г а л я (бере граблі). Нумо гребти...</w:t>
      </w:r>
    </w:p>
    <w:p>
      <w:r>
        <w:br/>
        <w:t>Дівка 1-а. Тьху... яка робоча!</w:t>
      </w:r>
    </w:p>
    <w:p>
      <w:r>
        <w:br/>
        <w:t>Г а л я. Йосип лаятиме.</w:t>
      </w:r>
    </w:p>
    <w:p>
      <w:r>
        <w:br/>
        <w:t>П р і с ь к а. А ми його...</w:t>
      </w:r>
    </w:p>
    <w:p>
      <w:r>
        <w:br/>
        <w:t>Парубок 1-й. Він нас у вічі, а ми його за очі.</w:t>
      </w:r>
    </w:p>
    <w:p>
      <w:r>
        <w:br/>
        <w:t>П р і с ь к а. Ану його к бісу, самого Йосипа, заспіваймо краще. (Починає співать, за нею дівчата.).</w:t>
      </w:r>
    </w:p>
    <w:p>
      <w:r>
        <w:br/>
        <w:t>Ой мати, мати, ой час теє жито жати,</w:t>
      </w:r>
    </w:p>
    <w:p>
      <w:r>
        <w:br/>
        <w:t>Ой час теє жито жати, ой час мене заміж дати.</w:t>
      </w:r>
    </w:p>
    <w:p>
      <w:r>
        <w:br/>
        <w:t>За лаштунками голос Йосипа. Гей, цап проклятий, не бачиш хіба, що коні у вівсі?</w:t>
      </w:r>
    </w:p>
    <w:p>
      <w:r>
        <w:br/>
        <w:t>Дівчата та парубки кидаються до роботи.</w:t>
      </w:r>
    </w:p>
    <w:p>
      <w:r>
        <w:br/>
        <w:t>ЯВА 8</w:t>
      </w:r>
    </w:p>
    <w:p>
      <w:r>
        <w:br/>
        <w:t>Дівчата та Й о с и п.</w:t>
      </w:r>
    </w:p>
    <w:p>
      <w:r>
        <w:br/>
        <w:t>П р и к а ж ч и к. Оце ви стільки нагребли?</w:t>
      </w:r>
    </w:p>
    <w:p>
      <w:r>
        <w:br/>
        <w:t>П р і с ь к а. Хіба, дядечку, мало?</w:t>
      </w:r>
    </w:p>
    <w:p>
      <w:r>
        <w:br/>
        <w:t>П р и к а ж ч и к. А бодай би ви тим хлібом подавилися, що так заробляєте!..</w:t>
      </w:r>
    </w:p>
    <w:p>
      <w:r>
        <w:br/>
        <w:t>П р і с ь к а. Егеж! Учора я й так трохи не подавилася, спасибі вам, черствим хлібом, — Галя буханцями в спину ледве обрятувала.</w:t>
      </w:r>
    </w:p>
    <w:p>
      <w:r>
        <w:br/>
        <w:t>П р и к а ж ч и к. Та вам, лежебокам, дармоїдам, не то черствого хліба — остюків шкода!</w:t>
      </w:r>
    </w:p>
    <w:p>
      <w:r>
        <w:br/>
        <w:t>П р і с ь к а. Хіба ми, дядечку, справді мало нагребли? А ми ж то хотіли вам так догодити — і на хвилину не спочивали. Попереки поболіли, на рученьках пухирі повиступали, ніженьки потомилися.</w:t>
      </w:r>
    </w:p>
    <w:p>
      <w:r>
        <w:br/>
        <w:t>П р и к а ж ч и к. Тільки язик не втомився, щоб він тобі задуб! (До Галі). А ти вже тут? Я тобі не велів виходити на гребовицю...</w:t>
      </w:r>
    </w:p>
    <w:p>
      <w:r>
        <w:br/>
        <w:t>Г а л я. Я пшеницю змила — що б же я у дворі робила?</w:t>
      </w:r>
    </w:p>
    <w:p>
      <w:r>
        <w:br/>
        <w:t>П р и к а ж ч и к. Як то "що робила"? Хіба в економії мало діла?</w:t>
      </w:r>
    </w:p>
    <w:p>
      <w:r>
        <w:br/>
        <w:t>П р і с ь к а. Тим-то вона, дядечку, й поспішалася змити пшеницю, що багацько діла.</w:t>
      </w:r>
    </w:p>
    <w:p>
      <w:r>
        <w:br/>
        <w:t>П р и к а ж ч и к. Не тебе питають! (До Галі), Я тобі заборонив виходити на сіножать, як ти сміла мене не послухати?</w:t>
      </w:r>
    </w:p>
    <w:p>
      <w:r>
        <w:br/>
        <w:t>Г а л я. І що б я робила в економії?</w:t>
      </w:r>
    </w:p>
    <w:p>
      <w:r>
        <w:br/>
        <w:t>П р и к а ж ч и к (сердито). "Що робила? що робила?" Сіла б та й сиділа, поки б я не загадав тобі якого іншого діла.</w:t>
      </w:r>
    </w:p>
    <w:p>
      <w:r>
        <w:br/>
        <w:t>П р і с ь к а. Оце гаразд! Сядьмо ж і ми, сестрички, та посидьмо! (Вклоняється Йосипові). Хай вам Господь посилає щастя та здоров'я, дядечку, за вашу ласку до дівчат.</w:t>
      </w:r>
    </w:p>
    <w:p>
      <w:r>
        <w:br/>
        <w:t>П р и к а ж ч и к. Мовчи!</w:t>
      </w:r>
    </w:p>
    <w:p>
      <w:r>
        <w:br/>
        <w:t>П р і с ь к а. Мовчатиму, мовчатиму, тільки й ви, дядечку, вже замовчіть, бо, їй же Богу, обридло слухати, як ви то на Галину, то на Максима нападаєтеся. І за віщо ви їх зненавиділи? Однаково лайкою не розрізните їх, краще пошліть мене до знахарки, то я здобуду вам і одворотного і приворотного зілля, щоб ви не мучилися на цьому світі.</w:t>
      </w:r>
    </w:p>
    <w:p>
      <w:r>
        <w:br/>
        <w:t>П р и к а ж ч и к. Коли ти, собача дочко, не мовчатимеш, то я тобі оцім ціпком вкорочу твого язика, поганого. Дочекається-таки мій ціпок погуляти по твоїй спині!</w:t>
      </w:r>
    </w:p>
    <w:p>
      <w:r>
        <w:br/>
        <w:t>П р і с ь к а. Ой ні, дядечку, "бить — купить".</w:t>
      </w:r>
    </w:p>
    <w:p>
      <w:r>
        <w:br/>
        <w:t>П р и к а ж ч и к (свариться ціпком). Побачимо!</w:t>
      </w:r>
    </w:p>
    <w:p>
      <w:r>
        <w:br/>
        <w:t>Д і в к а. Вже й сонечко заходить.</w:t>
      </w:r>
    </w:p>
    <w:p>
      <w:r>
        <w:br/>
        <w:t>П р і с ь к а (співає, за нею дівчата)</w:t>
      </w:r>
    </w:p>
    <w:p>
      <w:r>
        <w:br/>
        <w:t>Вже сонечко котиться —</w:t>
      </w:r>
    </w:p>
    <w:p>
      <w:r>
        <w:br/>
        <w:t>Нам додому хочеться;</w:t>
      </w:r>
    </w:p>
    <w:p>
      <w:r>
        <w:br/>
        <w:t>А ми не йдемо —</w:t>
      </w:r>
    </w:p>
    <w:p>
      <w:r>
        <w:br/>
        <w:t>Приказу ждемо.</w:t>
      </w:r>
    </w:p>
    <w:p>
      <w:r>
        <w:br/>
        <w:t>X л о п ц і (за лаштунками). Гу-гу... тю... у-гу!..</w:t>
      </w:r>
    </w:p>
    <w:p>
      <w:r>
        <w:br/>
        <w:t>Дівчата</w:t>
      </w:r>
    </w:p>
    <w:p>
      <w:r>
        <w:br/>
        <w:t>Нуте, нуте до межі —</w:t>
      </w:r>
    </w:p>
    <w:p>
      <w:r>
        <w:br/>
        <w:t>Варенички у діжі.</w:t>
      </w:r>
    </w:p>
    <w:p>
      <w:r>
        <w:br/>
        <w:t>От нуте робить — 1</w:t>
      </w:r>
    </w:p>
    <w:p>
      <w:r>
        <w:br/>
        <w:t>Себе не барить. } Двічі.</w:t>
      </w:r>
    </w:p>
    <w:p>
      <w:r>
        <w:br/>
        <w:t>Нуте, нуте по п'ять —</w:t>
      </w:r>
    </w:p>
    <w:p>
      <w:r>
        <w:br/>
        <w:t>Вареники киплять,</w:t>
      </w:r>
    </w:p>
    <w:p>
      <w:r>
        <w:br/>
        <w:t>Ой нуте робить — 1</w:t>
      </w:r>
    </w:p>
    <w:p>
      <w:r>
        <w:br/>
        <w:t>Себе не барить. ] Двічі.</w:t>
      </w:r>
    </w:p>
    <w:p>
      <w:r>
        <w:br/>
        <w:t>Не будемо пильнувать,</w:t>
      </w:r>
    </w:p>
    <w:p>
      <w:r>
        <w:br/>
        <w:t>То тут будем ночувать.</w:t>
      </w:r>
    </w:p>
    <w:p>
      <w:r>
        <w:br/>
        <w:t>Ой нуте робить — 1</w:t>
      </w:r>
    </w:p>
    <w:p>
      <w:r>
        <w:br/>
        <w:t>Себе не барить. ] Двічі.</w:t>
      </w:r>
    </w:p>
    <w:p>
      <w:r>
        <w:br/>
        <w:t>П р и к а ж ч и к. А бодай вам заціпило! Як ви мені увірилися з своїми піснями. (До Галі). Цей вечір ти поженеш корови пасти на лан.</w:t>
      </w:r>
    </w:p>
    <w:p>
      <w:r>
        <w:br/>
        <w:t>Г а л я (здивовано). Адже сьогодні не моя черга пасти!</w:t>
      </w:r>
    </w:p>
    <w:p>
      <w:r>
        <w:br/>
        <w:t>П р и к а ж ч и к. То що? Я велю. (До парубків). Максиме! поженеш коней на ставидло. (Йде до парубків).</w:t>
      </w:r>
    </w:p>
    <w:p>
      <w:r>
        <w:br/>
        <w:t>ЯВА 9</w:t>
      </w:r>
    </w:p>
    <w:p>
      <w:r>
        <w:br/>
        <w:t>Ті ж, без Йосипа.</w:t>
      </w:r>
    </w:p>
    <w:p>
      <w:r>
        <w:br/>
        <w:t>П р і с ь к а. Ха-ха-ха! Чуєте, дівчатка? Чуєш, Галю? Тебе посилає на лан, а Максима на ставидло — за три верстви розжене вас. Не милуватиметесь цю нічку, не слухатимете пташок у садочку! Ні, ні...</w:t>
      </w:r>
    </w:p>
    <w:p>
      <w:r>
        <w:br/>
        <w:t>Д і в к а 1-а. І прирозумів же, як їх розлучити!</w:t>
      </w:r>
    </w:p>
    <w:p>
      <w:r>
        <w:br/>
        <w:t>Д і в к а 2-а. Ота кривуля за Галею й сонця не бачить. Дивіться, сестрички, де сонечко!</w:t>
      </w:r>
    </w:p>
    <w:p>
      <w:r>
        <w:br/>
        <w:t>П р і с ь к а.</w:t>
      </w:r>
    </w:p>
    <w:p>
      <w:r>
        <w:br/>
        <w:t>Час додому, час, час, час...</w:t>
      </w:r>
    </w:p>
    <w:p>
      <w:r>
        <w:br/>
        <w:t>Ой час і пора.</w:t>
      </w:r>
    </w:p>
    <w:p>
      <w:r>
        <w:br/>
        <w:t>П а р у б к и. Ой час і пора. (Виходять з вилами на кін і співають, ідучи з дівчатами геть з кону).</w:t>
      </w:r>
    </w:p>
    <w:p>
      <w:r>
        <w:br/>
        <w:t>ЯВА 10</w:t>
      </w:r>
    </w:p>
    <w:p>
      <w:r>
        <w:br/>
        <w:t>Йосип та Г а л я.</w:t>
      </w:r>
    </w:p>
    <w:p>
      <w:r>
        <w:br/>
        <w:t>П р и к а ж ч и к (услід строківцям). Галю, а Галю!</w:t>
      </w:r>
    </w:p>
    <w:p>
      <w:r>
        <w:br/>
        <w:t>Г а л я (з-за кону). Га?</w:t>
      </w:r>
    </w:p>
    <w:p>
      <w:r>
        <w:br/>
        <w:t>П р и к а ж ч и к. Візьми ось тикву, дівчата забулися.</w:t>
      </w:r>
    </w:p>
    <w:p>
      <w:r>
        <w:br/>
        <w:t>Г а л я вертається, бере тикву, хоче йти.</w:t>
      </w:r>
    </w:p>
    <w:p>
      <w:r>
        <w:br/>
        <w:t>П р и к а ж ч и к. Тривай-бо, Галочко! Куди поспішаєшся?</w:t>
      </w:r>
    </w:p>
    <w:p>
      <w:r>
        <w:br/>
        <w:t>Г а л я. Строківці вже пішли.</w:t>
      </w:r>
    </w:p>
    <w:p>
      <w:r>
        <w:br/>
        <w:t>П р и к а ж ч и к. Хай собі йдуть, а ти побудь трохи зо мною. Галочко, чого ти прийшла на гребовицю? Я тобі навмисне загадав пшеницю мити, щоб ти свого білого личенька на сонці не запалила, а ти прийшла сюди. Скажи, моє серденько, на яку роботу настановити тебе завтра?</w:t>
      </w:r>
    </w:p>
    <w:p>
      <w:r>
        <w:br/>
        <w:t>Г а л я. Заведено, яку дівчатам таку й мені роботу загадаєте. (Хоче йти).</w:t>
      </w:r>
    </w:p>
    <w:p>
      <w:r>
        <w:br/>
        <w:t>П р и к а ж ч и к. Тривай-бо! Я хочу з тобою по щирості побалакать, а ти мерщій тікаєш. Слухай сюди, моя голубонько! Ти бачиш, який я до тебе прихильний; я тобі й роботу щодня призначаю найлегшу, я тебе щонеділі й додому пускаю, я тобі й платок восени дам найкращий; послухай же моєї поради та не погань-бо себе, моє серденько, жениханням з отим паскудним Максимом. Воно нікчемне, непутяще, не варте доброго й слова, а ти ж таки дівонька — слава Богу!</w:t>
      </w:r>
    </w:p>
    <w:p>
      <w:r>
        <w:br/>
        <w:t>Г а л я. Доки я тут стоятиму?</w:t>
      </w:r>
    </w:p>
    <w:p>
      <w:r>
        <w:br/>
        <w:t>П р и к а ж ч и к. Розсердилася, розгнівалася, слухати мене не хочеш... Дурненька, дурненька! Ти б таки сама подумала: з ким ти змагаєшся, кому ти перечиш? Я ж таки прикажчик, а ти — строкова дівка: моя воля, моє право над тобою. Інший би на моєму місці гримав на тебе, найважчу роботу тобі накидав, а я, бач, до тебе все з ласкою...</w:t>
      </w:r>
    </w:p>
    <w:p>
      <w:r>
        <w:br/>
        <w:t>Г а л я. Навіщо ви мені це кажете?</w:t>
      </w:r>
    </w:p>
    <w:p>
      <w:r>
        <w:br/>
        <w:t>П рикажчи к. На те, моя дівонько, на те, моя Галочко, щоб ти подумала та не цуралася свого щастя. Подумай тільки, подумай: схочеш — і будеш прикажчицею... Прикажчицею! А? Хіба погано?</w:t>
      </w:r>
    </w:p>
    <w:p>
      <w:r>
        <w:br/>
        <w:t>ЯВА 11</w:t>
      </w:r>
    </w:p>
    <w:p>
      <w:r>
        <w:br/>
        <w:t>Ті ж та с т р о к і в ц і.</w:t>
      </w:r>
    </w:p>
    <w:p>
      <w:r>
        <w:br/>
        <w:t>Г а л я. Залицяйтеся до кого хочете, робіть прикажчицею чи панією, а мені... мені гидко, бридко, соромно слухати ваші речі. (Хоче йти).</w:t>
      </w:r>
    </w:p>
    <w:p>
      <w:r>
        <w:br/>
        <w:t>П р и к а ж ч и к (вдержує її за рукав, співає).</w:t>
      </w:r>
    </w:p>
    <w:p>
      <w:r>
        <w:br/>
        <w:t>Дівчино, рибчино,</w:t>
      </w:r>
    </w:p>
    <w:p>
      <w:r>
        <w:br/>
        <w:t>Кохана моя,</w:t>
      </w:r>
    </w:p>
    <w:p>
      <w:r>
        <w:br/>
        <w:t>Чого ж ти мене</w:t>
      </w:r>
    </w:p>
    <w:p>
      <w:r>
        <w:br/>
        <w:t>Та й не злюбила?</w:t>
      </w:r>
    </w:p>
    <w:p>
      <w:r>
        <w:br/>
        <w:t>П р і с ь к а (крадеться тихенько й над самим вухом у прикажчика на весь голос):</w:t>
      </w:r>
    </w:p>
    <w:p>
      <w:r>
        <w:br/>
        <w:t>Я вас любила і не забуду,</w:t>
      </w:r>
    </w:p>
    <w:p>
      <w:r>
        <w:br/>
        <w:t>Любила, кохала — любити буду.</w:t>
      </w:r>
    </w:p>
    <w:p>
      <w:r>
        <w:br/>
        <w:t>Г а л я з реготом біжить геть з кону.</w:t>
      </w:r>
    </w:p>
    <w:p>
      <w:r>
        <w:br/>
        <w:t>ЯВА 12</w:t>
      </w:r>
    </w:p>
    <w:p>
      <w:r>
        <w:br/>
        <w:t>Прикажчик, Пріська, строківці за копицею.</w:t>
      </w:r>
    </w:p>
    <w:p>
      <w:r>
        <w:br/>
        <w:t>П р и к а ж ч и к. Тьху! Оглашенна, листопадна, сто куп чортів твоєму батькові!</w:t>
      </w:r>
    </w:p>
    <w:p>
      <w:r>
        <w:br/>
        <w:t>Пріська. Оттакої! Хіба ж то ви, дядечку, не до мене приспівували?</w:t>
      </w:r>
    </w:p>
    <w:p>
      <w:r>
        <w:br/>
        <w:t>П р и к а ж ч и к. А! Халєра тебе візьми!</w:t>
      </w:r>
    </w:p>
    <w:p>
      <w:r>
        <w:br/>
        <w:t>Пріська. Ще й сердяться! Я думала, що то ви за мною так побиваєтеся, та й хотіла заспокоїти вас... Ну, не клопочіться: я нікому не скажу, ніхто не знатиме про нашу пригоду: ані душа, ні лялечка.</w:t>
      </w:r>
    </w:p>
    <w:p>
      <w:r>
        <w:br/>
        <w:t>П р и к а ж ч и к. Така ти й язиката!</w:t>
      </w:r>
    </w:p>
    <w:p>
      <w:r>
        <w:br/>
        <w:t>Пріська. їй же Богу, не скажу. Хай я прахом розсиплюся, хай я лусну — не скажу. То ви, дядечку, мене не знаєте: я жаліслива, дуже жаліслива... тільки...</w:t>
      </w:r>
    </w:p>
    <w:p>
      <w:r>
        <w:br/>
        <w:t>П р и к а ж ч и к. Що там "тільки"?</w:t>
      </w:r>
    </w:p>
    <w:p>
      <w:r>
        <w:br/>
        <w:t>Пріська. Треба, щоб ви зробили те, що я попрохаю. То я в домовину понесу з собою цю новину про вас.</w:t>
      </w:r>
    </w:p>
    <w:p>
      <w:r>
        <w:br/>
        <w:t>П р и к а ж ч и к. Що там таке? Може, й зроблю.</w:t>
      </w:r>
    </w:p>
    <w:p>
      <w:r>
        <w:br/>
        <w:t>Пріська (лукаво). Щоб ви потанцювали зо мною.</w:t>
      </w:r>
    </w:p>
    <w:p>
      <w:r>
        <w:br/>
        <w:t>П р и к а ж ч и к. Божевільна! Хіба я коли танцював?</w:t>
      </w:r>
    </w:p>
    <w:p>
      <w:r>
        <w:br/>
        <w:t>Пріська. Ая хіба коли танцювала? Вже ж вам, здається, легше потанцювати, ніж мені змовчати. Та воно зовсім не важко танцювати. Ось спробуйте. (Тягне прикажчика за рукав).</w:t>
      </w:r>
    </w:p>
    <w:p>
      <w:r>
        <w:br/>
        <w:t>П р и к а ж ч и к. Відчепися, сатано!</w:t>
      </w:r>
    </w:p>
    <w:p>
      <w:r>
        <w:br/>
        <w:t>Пріська. Ось бачте, дядечку, які ви недобрі! Коли так, то й я не хочу мовчати. (На весь голос). Люди добрі, слухайте сюди... Наш прикажчик Йосип Іванович...</w:t>
      </w:r>
    </w:p>
    <w:p>
      <w:r>
        <w:br/>
        <w:t>П р и к а ж ч и к. Мовчи ти, каторжна...</w:t>
      </w:r>
    </w:p>
    <w:p>
      <w:r>
        <w:br/>
        <w:t>Пріська. Затанцюйте, а ні — так я зразу піду в казарми та розкажу все. Ото буде реготу!.. Нумо, дядечку! (Тягне за рукав, співає).</w:t>
      </w:r>
    </w:p>
    <w:p>
      <w:r>
        <w:br/>
        <w:t>Ой дівчина-горлиця</w:t>
      </w:r>
    </w:p>
    <w:p>
      <w:r>
        <w:br/>
        <w:t>До козака горнеться,</w:t>
      </w:r>
    </w:p>
    <w:p>
      <w:r>
        <w:br/>
        <w:t>А козак — як орел,</w:t>
      </w:r>
    </w:p>
    <w:p>
      <w:r>
        <w:br/>
        <w:t>Як побачив, так і вмер.</w:t>
      </w:r>
    </w:p>
    <w:p>
      <w:r>
        <w:br/>
        <w:t>Не хочете танцювати? (На весь голос). Люди добрі, слухайте сюди. Наш прикажчик...</w:t>
      </w:r>
    </w:p>
    <w:p>
      <w:r>
        <w:br/>
        <w:t>П р и к а ж ч и к. Та я не вмію.</w:t>
      </w:r>
    </w:p>
    <w:p>
      <w:r>
        <w:br/>
        <w:t>Пріська. Нічого — навчитеся. Нуте-бо. (Співає).</w:t>
      </w:r>
    </w:p>
    <w:p>
      <w:r>
        <w:br/>
        <w:t>Ой дівчина-горлиця...</w:t>
      </w:r>
    </w:p>
    <w:p>
      <w:r>
        <w:br/>
        <w:t>Прикажчик починає перебирати ногами.</w:t>
      </w:r>
    </w:p>
    <w:p>
      <w:r>
        <w:br/>
        <w:t>Пріська. Отак би й давно. Хутенько, дядечку, хутенько!</w:t>
      </w:r>
    </w:p>
    <w:p>
      <w:r>
        <w:br/>
        <w:t>Ой дівчина-горлиця і т. ін.</w:t>
      </w:r>
    </w:p>
    <w:p>
      <w:r>
        <w:br/>
        <w:t>Прикажчик танцює швидше. За копицею: Ха-ха-ха! Тю-у!</w:t>
      </w:r>
    </w:p>
    <w:p>
      <w:r>
        <w:br/>
        <w:t>Всі строківці біжать з реготом, за ними й Пріська.</w:t>
      </w:r>
    </w:p>
    <w:p>
      <w:r>
        <w:br/>
        <w:t>П р и к а ж ч и к. Призвела, проклята, призвела до сорому!</w:t>
      </w:r>
    </w:p>
    <w:p>
      <w:r>
        <w:br/>
        <w:t>ЯВА 13</w:t>
      </w:r>
    </w:p>
    <w:p>
      <w:r>
        <w:br/>
        <w:t>Прикажчик сам.</w:t>
      </w:r>
    </w:p>
    <w:p>
      <w:r>
        <w:br/>
        <w:t>П р и к а ж ч и к (стурбовано). Ну, я ж їй! Призвела, проклята, призвела! Я б тобі давно шлях показав, якби тебе не старшина в хрест уводив! (Бігає по кону).</w:t>
      </w:r>
    </w:p>
    <w:p>
      <w:r>
        <w:br/>
        <w:t>ЯВА 14</w:t>
      </w:r>
    </w:p>
    <w:p>
      <w:r>
        <w:br/>
        <w:t>Прикажчик та Опанас.</w:t>
      </w:r>
    </w:p>
    <w:p>
      <w:r>
        <w:br/>
        <w:t>О п а н а с (увіходить тихенько, низенько вклоняється). Здоровенькі були, Йосипе Івановичу!</w:t>
      </w:r>
    </w:p>
    <w:p>
      <w:r>
        <w:br/>
        <w:t>П р и к а ж ч и к. От гаразд, що прийшли. Я хотів сам оце йти до вас, попрохати вас об чімсь.</w:t>
      </w:r>
    </w:p>
    <w:p>
      <w:r>
        <w:br/>
        <w:t>Опанас. Жартуєте, хай здорові будете, Йосипе Івановичу! Об чім маєте ви прохати таких маленьких людців, як ми? Самі знаєте наші злидні, нашу бідність та недостатки: хлібця — дасть Біг, грошенят і в заводі немає — хіба соломкою або половкою услугувати?</w:t>
      </w:r>
    </w:p>
    <w:p>
      <w:r>
        <w:br/>
        <w:t>П р и к а ж ч и к. Не треба мені ні грошей ваших, ні хліба, тим паче прілої полови...</w:t>
      </w:r>
    </w:p>
    <w:p>
      <w:r>
        <w:br/>
        <w:t>О п а н а с. То ж то і є! То ж то і є! І я-бо кажу: нема чим нам, злидням, вам услугувати... Ось я, не в гнів вам буде, прийшов навмисне, щоб попрохати вас...</w:t>
      </w:r>
    </w:p>
    <w:p>
      <w:r>
        <w:br/>
        <w:t>П р и к а ж ч и к. Кажіть...</w:t>
      </w:r>
    </w:p>
    <w:p>
      <w:r>
        <w:br/>
        <w:t>О п а н а с. Ви старші — за вами річ.</w:t>
      </w:r>
    </w:p>
    <w:p>
      <w:r>
        <w:br/>
        <w:t>П р и к а ж ч и к. Ні, кажіть попереду ви.</w:t>
      </w:r>
    </w:p>
    <w:p>
      <w:r>
        <w:br/>
        <w:t>О п а н а с. За отаманом перше слово.</w:t>
      </w:r>
    </w:p>
    <w:p>
      <w:r>
        <w:br/>
        <w:t>П р и к а ж ч и к. Ви старші на годи.</w:t>
      </w:r>
    </w:p>
    <w:p>
      <w:r>
        <w:br/>
        <w:t>О п а н а с. Ваша сила — ваша воля... Рівець хотів попрохати у вас задля пастівничка: одна одним коровочка, та й то ніде попасти. Свій сінокіс, п'ятнадцять десятинок, під траву запустив, а пастівничка немає.</w:t>
      </w:r>
    </w:p>
    <w:p>
      <w:r>
        <w:br/>
        <w:t>П р и к а ж ч и к. Та що ж! Воно можна...</w:t>
      </w:r>
    </w:p>
    <w:p>
      <w:r>
        <w:br/>
        <w:t>О п а н а с. Травиці хотів ще попрохати, отієї заводської — настрямочок.</w:t>
      </w:r>
    </w:p>
    <w:p>
      <w:r>
        <w:br/>
        <w:t>П р и к а ж ч и к. Бачите, ця трава насіяна на завод, на насіння; пан дуже у ній кохається; отже, візьму гріх на душу — дозволю вам трошки укосити... тільки, глядіть, обережно, щоб ніхто не дізнався.</w:t>
      </w:r>
    </w:p>
    <w:p>
      <w:r>
        <w:br/>
        <w:t>О п а н а с. Ні, ні, борони Боже! Хіба я людей не знаю? Я вночі, без місяця, у балочці коситиму.</w:t>
      </w:r>
    </w:p>
    <w:p>
      <w:r>
        <w:br/>
        <w:t>П р и к а ж ч и к. Оце і все?</w:t>
      </w:r>
    </w:p>
    <w:p>
      <w:r>
        <w:br/>
        <w:t>О п а н а с (кланяється). Ще хотів попрохати отієї пшениці "гарнаутки" хоч мисочку на завод.</w:t>
      </w:r>
    </w:p>
    <w:p>
      <w:r>
        <w:br/>
        <w:t>П р и к а ж ч и к. Е, ні! Цього не можу — це вже скидається на те, наче я краду. У пана її всього дві четверті...</w:t>
      </w:r>
    </w:p>
    <w:p>
      <w:r>
        <w:br/>
        <w:t>О п а н а с. Хай Бог милує — красти! (Тихо). Хіба, то ви крали, як собі на насіння уночі брали?</w:t>
      </w:r>
    </w:p>
    <w:p>
      <w:r>
        <w:br/>
        <w:t>П р и к а ж ч и к. То я в щот жалування, все одно що купив.</w:t>
      </w:r>
    </w:p>
    <w:p>
      <w:r>
        <w:br/>
        <w:t>О п а н а с. А яка зародила! От і вір людям, що з купленого зерна не буде хліба!</w:t>
      </w:r>
    </w:p>
    <w:p>
      <w:r>
        <w:br/>
        <w:t>П р и к а ж ч и к. Добре, я вам і пшениці дам.</w:t>
      </w:r>
    </w:p>
    <w:p>
      <w:r>
        <w:br/>
        <w:t>О п а н а с. Мірочок зо дві, як буде ваша ласка.</w:t>
      </w:r>
    </w:p>
    <w:p>
      <w:r>
        <w:br/>
        <w:t>П р и к а ж ч и к. Хай вже й дві. Приїздіть уночі, я вам наберу, а потім, заведено, запишу в щот жалування.</w:t>
      </w:r>
    </w:p>
    <w:p>
      <w:r>
        <w:br/>
        <w:t>Опанас. Так, так...</w:t>
      </w:r>
    </w:p>
    <w:p>
      <w:r>
        <w:br/>
        <w:t>П р и к а ж ч и к. Більш нічого?</w:t>
      </w:r>
    </w:p>
    <w:p>
      <w:r>
        <w:br/>
        <w:t>Опанас. Ой, Йосипе Івановичу, Йосипе Івановичу! Таким людцям, як ми, і на хрестини треба сорочки прохати, і на труну дощок позичати. Де б то нам при наших злиднях та недостатках та не було об чім прохати!</w:t>
      </w:r>
    </w:p>
    <w:p>
      <w:r>
        <w:br/>
        <w:t>П р и к а ж ч и к. Кажіть в один раз.</w:t>
      </w:r>
    </w:p>
    <w:p>
      <w:r>
        <w:br/>
        <w:t>Опанас. Коли б ваша ласка, Йосипе Івановичу, та зглянулися ви на мене, та пособили мені левадку за 700 карбованців у пана купити, то я б вам у ноги поклонився.</w:t>
      </w:r>
    </w:p>
    <w:p>
      <w:r>
        <w:br/>
        <w:t>П р и к а ж ч и к. За ту леваду сьогодні Прокіп 1000 карбованців давав.</w:t>
      </w:r>
    </w:p>
    <w:p>
      <w:r>
        <w:br/>
        <w:t>Опанас. То що, то що? Ви про Прокопа мовчіть, про мене скажіть — панові грошей треба, от і буде левадка за мною. На 700 якось стягнуся, а більше й шага за душею нема.</w:t>
      </w:r>
    </w:p>
    <w:p>
      <w:r>
        <w:br/>
        <w:t>П р и к а ж ч и к. Ну добре, хоч і знаю, що у збанку ваших 2000 лежить, хоч і знаю, що у вас сім пашенних ям з пшеницею, — проте тягтиму за вас руку, умовлю пана віддати вам левадку за 700. Але за все те, що я зроблю для вас, мусите завтра взяти вашого сина з економії.</w:t>
      </w:r>
    </w:p>
    <w:p>
      <w:r>
        <w:br/>
        <w:t>О п а н а с (перелякано). Максима?</w:t>
      </w:r>
    </w:p>
    <w:p>
      <w:r>
        <w:br/>
        <w:t>П р и к а ж ч и к. Завтра щоб не було й духу його в економії, щоб я його не бачив більш перед своїми очима!</w:t>
      </w:r>
    </w:p>
    <w:p>
      <w:r>
        <w:br/>
        <w:t>О п а н а с. Бідна голівонько! Змилуйтеся!.. Куди я його тепер подіну?</w:t>
      </w:r>
    </w:p>
    <w:p>
      <w:r>
        <w:br/>
        <w:t>П р и к а ж ч и к. Куди знаєте! Хоч з каменем на шиї в воду, а я його більш не держатиму. Ви не візьмете — я однаково його прожену, бо я прикажчик, я старший тут, в економії: кого хочу, того жену з двору.</w:t>
      </w:r>
    </w:p>
    <w:p>
      <w:r>
        <w:br/>
        <w:t>О п а н а с. Боже мій, Боже! Це ж він і строк переведе. Сорок карбованців — не сорок копійок!</w:t>
      </w:r>
    </w:p>
    <w:p>
      <w:r>
        <w:br/>
        <w:t>П р и к а ж ч и к. Наймете в другу економію, то там він, може, краще робитиме, а тут йому Галька заважає.</w:t>
      </w:r>
    </w:p>
    <w:p>
      <w:r>
        <w:br/>
        <w:t>О п а н а с. Галька? Ота голодранка? Удовина дочка? Хай же він прийде у неділю, я йому покажу, як до злиднів залицятися!</w:t>
      </w:r>
    </w:p>
    <w:p>
      <w:r>
        <w:br/>
        <w:t>П р и к а ж ч и к. Як то у неділю? Завтра я його сам прожену.</w:t>
      </w:r>
    </w:p>
    <w:p>
      <w:r>
        <w:br/>
        <w:t>О п а н а с. А, бідна голівонько! Об'їсть, чисто об'їсть каторжний хлопець, поки я йому десь місце знайду.</w:t>
      </w:r>
    </w:p>
    <w:p>
      <w:r>
        <w:br/>
        <w:t>П р и к а ж ч и к. Як знаєте! Коли вам шкода синові шматка хліба, то мені ще шкодніше панської пшениці та левади... На рівець та травицю я теж знайду вдячніших за вас охотників.</w:t>
      </w:r>
    </w:p>
    <w:p>
      <w:r>
        <w:br/>
        <w:t>О п а н а с. Не гнівайтесь, прохаю вас, Йосипе Івановичу!.. Я візьму його, тільки... (кланяється) хай таки він хоч ці чотири деньки, до неділі, побуде — хоч на поганенькі штанчата заробить...</w:t>
      </w:r>
    </w:p>
    <w:p>
      <w:r>
        <w:br/>
        <w:t>П р и к а ж ч и к. Завтра щоб його не було!</w:t>
      </w:r>
    </w:p>
    <w:p>
      <w:r>
        <w:br/>
        <w:t>За коном голос Максима: "Гей, куди, булана! Тирр... гладка!"</w:t>
      </w:r>
    </w:p>
    <w:p>
      <w:r>
        <w:br/>
        <w:t>П р и к а ж ч и к (кричить на Максима). Гей, ти! Чого серед ночі людей полохаєш? (Убік). Ото з досади гукає так на коней; досадуй, досадуй: не пособить, бо я таки прикажчик! (До Опанаса). Йдіть же до Максима та скажіть йому, щоб завтра прийшов у контору за рощотом.</w:t>
      </w:r>
    </w:p>
    <w:p>
      <w:r>
        <w:br/>
        <w:t>О п а н а с (чухається). А, бідна голівонько. Добре. Прощайте! Не забудьте ж про левадку!</w:t>
      </w:r>
    </w:p>
    <w:p>
      <w:r>
        <w:br/>
        <w:t>П р и к а ж ч и к. Ні-ні...</w:t>
      </w:r>
    </w:p>
    <w:p>
      <w:r>
        <w:br/>
        <w:t>О п а н а с (іде геть). Максиме, Максиме! Зажди-но мене!</w:t>
      </w:r>
    </w:p>
    <w:p>
      <w:r>
        <w:br/>
        <w:t>ЯВА 15</w:t>
      </w:r>
    </w:p>
    <w:p>
      <w:r>
        <w:br/>
        <w:t>П р и к а ж ч и к сам.</w:t>
      </w:r>
    </w:p>
    <w:p>
      <w:r>
        <w:br/>
        <w:t>П р и к а ж ч и к. Тьху... А ще наш перший дукар на селі. Обшарпане, обірване, голодне раз у раз! І Галя ладна до такого свекоря йти? Що то значить кохання! Так ні ж, ні, моя куріпочко!.. Не попущу я тебе загинути! Вирятую тебе, дівонько: не мало, не багацько — прикажчицею тебе зроблю! Тут аби на цю ніч вас розлучити, аби цю ніч як перебути, а ранком аж зашелестить Максим з двору, і дурному коханню твоєму буде кінець. Не дурно я 15 років удовів — не попущу тепер над своїм коханням знущатися. Та й те ж подумати: я прикажчик — не абищо!</w:t>
      </w:r>
    </w:p>
    <w:p>
      <w:r>
        <w:br/>
        <w:t>ЯВА 16</w:t>
      </w:r>
    </w:p>
    <w:p>
      <w:r>
        <w:br/>
        <w:t>Прикажчик та П р і с ь к а.</w:t>
      </w:r>
    </w:p>
    <w:p>
      <w:r>
        <w:br/>
        <w:t>П р і с ь к а. Дядечку, мій голубе, батечку ріднесенький, золотесенький, кривесенький...</w:t>
      </w:r>
    </w:p>
    <w:p>
      <w:r>
        <w:br/>
        <w:t>П р и к а ж ч и к, Чого тобі, оглашенна?</w:t>
      </w:r>
    </w:p>
    <w:p>
      <w:r>
        <w:br/>
        <w:t>П р і с ь к а. Увольте моє прохання...</w:t>
      </w:r>
    </w:p>
    <w:p>
      <w:r>
        <w:br/>
        <w:t>П р и к а ж ч и к. Ізнову щось надумала, неокаянна?</w:t>
      </w:r>
    </w:p>
    <w:p>
      <w:r>
        <w:br/>
        <w:t>П р і с ь к а. Мій дядечку, мій братику, мій ріднесенький...</w:t>
      </w:r>
    </w:p>
    <w:p>
      <w:r>
        <w:br/>
        <w:t>П р и к а ж ч и к. Тьху, скажена!</w:t>
      </w:r>
    </w:p>
    <w:p>
      <w:r>
        <w:br/>
        <w:t>П р і с ь к а (лукаво). Не забороняйте мені замість Галі пасти!</w:t>
      </w:r>
    </w:p>
    <w:p>
      <w:r>
        <w:br/>
        <w:t>П р и к а ж ч и к. Це з якої речі?</w:t>
      </w:r>
    </w:p>
    <w:p>
      <w:r>
        <w:br/>
        <w:t>П р і с ь к а. Мій батечку! В неї голівонька болить! Не так голівонька, як ніженьки; не так ніженьки, як серденько, та по тому ледачому Максимові!..</w:t>
      </w:r>
    </w:p>
    <w:p>
      <w:r>
        <w:br/>
        <w:t>П р и к а ж ч и к. Завтра твоя черга — завтра й пастимеш.</w:t>
      </w:r>
    </w:p>
    <w:p>
      <w:r>
        <w:br/>
        <w:t>П р і с ь к а. Ну нехай яка інша дівка замість Галі пасе.</w:t>
      </w:r>
    </w:p>
    <w:p>
      <w:r>
        <w:br/>
        <w:t>П р и к а ж ч и к. Не можна.</w:t>
      </w:r>
    </w:p>
    <w:p>
      <w:r>
        <w:br/>
        <w:t>П р і с ь к а. Ну хай Санька.</w:t>
      </w:r>
    </w:p>
    <w:p>
      <w:r>
        <w:br/>
        <w:t>П р и к а ж ч и к. Чи тобі позакладало?</w:t>
      </w:r>
    </w:p>
    <w:p>
      <w:r>
        <w:br/>
        <w:t>П р і с ь к а. Дядечку, а Варка?</w:t>
      </w:r>
    </w:p>
    <w:p>
      <w:r>
        <w:br/>
        <w:t>П р и к а ж ч и к. Пришелепувата! Сказав — ні.</w:t>
      </w:r>
    </w:p>
    <w:p>
      <w:r>
        <w:br/>
        <w:t>П р і с ь к а (швидко). Ну Явдоким, ну Степан, ну Іван...</w:t>
      </w:r>
    </w:p>
    <w:p>
      <w:r>
        <w:br/>
        <w:t>П р и к а ж ч и к (перепиняючи річ). Сказилася, чи що? Сказав — не можна.</w:t>
      </w:r>
    </w:p>
    <w:p>
      <w:r>
        <w:br/>
        <w:t>П р і с ь к а (лукаво). Ну хай Максим та Галина вкупі пасуть.</w:t>
      </w:r>
    </w:p>
    <w:p>
      <w:r>
        <w:br/>
        <w:t>П р и к а ж ч и к (розпалившись). Чи ти відчепишся від мене, причинувата? Як звелів, так і буде: Максим пожене на ставидло, а Галя на лан.</w:t>
      </w:r>
    </w:p>
    <w:p>
      <w:r>
        <w:br/>
        <w:t>П р і с ь к а. А ви, дядечку, де будете? Мабуть, до Галі поманісеньку пошкандибаєте?</w:t>
      </w:r>
    </w:p>
    <w:p>
      <w:r>
        <w:br/>
        <w:t>П р и к а ж ч и к. Мара! Чиста мара! Чого ти прийшла, чого тобі треба?</w:t>
      </w:r>
    </w:p>
    <w:p>
      <w:r>
        <w:br/>
        <w:t>П р і с ь к а. Кликати вас вечеряти, бо тітка вже втретє галушки гріють — чисто на соломаху переварились. Я кажу тітці підождать трохи, поки дядько після "горлиці" спочинуть, а вони таки шлють.</w:t>
      </w:r>
    </w:p>
    <w:p>
      <w:r>
        <w:br/>
        <w:t>П р и к а ж ч и к. Ач, іродова дочка! Ще й глузує! Зажди, зажди, я таки колись тобі пригадаю. (Йде).</w:t>
      </w:r>
    </w:p>
    <w:p>
      <w:r>
        <w:br/>
        <w:t>ЯВА 17</w:t>
      </w:r>
    </w:p>
    <w:p>
      <w:r>
        <w:br/>
        <w:t>Пріська сама.</w:t>
      </w:r>
    </w:p>
    <w:p>
      <w:r>
        <w:br/>
        <w:t>Пріська (услід прикажчикові). Шкандилюго проклятий, собака руда, потороча, дрантя погане, волюка клапоухий! Бач, що при розумів, Максима з економії вигнати. А Галя дурна, їй же Богу, дурна! Коли б оце я була на її місці, то я б і довіку не погнала корів, — прикинулась би такою недужою, хоч присвятитись: ухопили б мене і сояшниці, і пропасниця, і пристріт, і насередниця, і крикливиці, і плаксивиці, і всяке горохове лихо... Стогнала б, кричала, корчилася, до землі припадала б, аж поки всі заснули, а тоді... у! Тоді... перекинулася б у пташечку, обернулася б метеликом і полинула б, полетіла б серед темної ночі до милого аж на край світу: припала б до його грудей та й зомліла... Ні, не я буду, коли не вирятую Галі! Дарма що ти, шкандилюга клапоухий, забороняєш — я таки зведу наших голубів до пари.</w:t>
      </w:r>
    </w:p>
    <w:p>
      <w:r>
        <w:br/>
        <w:t>За коном: "Прісько... у!"</w:t>
      </w:r>
    </w:p>
    <w:p>
      <w:r>
        <w:br/>
        <w:t>Пріська. Іду-у!</w:t>
      </w:r>
    </w:p>
    <w:p>
      <w:r>
        <w:br/>
        <w:t>ЯВА 18</w:t>
      </w:r>
    </w:p>
    <w:p>
      <w:r>
        <w:br/>
        <w:t>Г а л я сама.</w:t>
      </w:r>
    </w:p>
    <w:p>
      <w:r>
        <w:br/>
        <w:t>Ясно світить місяць. Спочатку на кону немає нікого. Праворуч за лаштунками грає сопілка.</w:t>
      </w:r>
    </w:p>
    <w:p>
      <w:r>
        <w:br/>
        <w:t>Г а л я. Зачула сопілочку, й серце упало. Це Максим грає... Невже Пріська не збрехала, невже він справді надігнав коней аж сюди? Піти хіба? Боюся, боюся, не дай Боже, Йосип довідається... Він, він, голуб мій, грає... І полинула б, і полетіла б, та боюся: як прожене Йосип з двору, то ні за віщо буде й скрині купити...</w:t>
      </w:r>
    </w:p>
    <w:p>
      <w:r>
        <w:br/>
        <w:t>М а к с и м (співає).</w:t>
      </w:r>
    </w:p>
    <w:p>
      <w:r>
        <w:br/>
        <w:t>Ой зійди, зійди, ясний місяцю,</w:t>
      </w:r>
    </w:p>
    <w:p>
      <w:r>
        <w:br/>
        <w:t>Як млиновеє коло,</w:t>
      </w:r>
    </w:p>
    <w:p>
      <w:r>
        <w:br/>
        <w:t>Ой вийди, вийди, серце дівчино,</w:t>
      </w:r>
    </w:p>
    <w:p>
      <w:r>
        <w:br/>
        <w:t>Та промов до мене слово.</w:t>
      </w:r>
    </w:p>
    <w:p>
      <w:r>
        <w:br/>
        <w:t>Г а л я (співає).</w:t>
      </w:r>
    </w:p>
    <w:p>
      <w:r>
        <w:br/>
        <w:t>Ох і рада б я та виходити,</w:t>
      </w:r>
    </w:p>
    <w:p>
      <w:r>
        <w:br/>
        <w:t>Із тобою говорити,</w:t>
      </w:r>
    </w:p>
    <w:p>
      <w:r>
        <w:br/>
        <w:t>Так судять-гудять злії люди,</w:t>
      </w:r>
    </w:p>
    <w:p>
      <w:r>
        <w:br/>
        <w:t>Хотять же нас розлучити.</w:t>
      </w:r>
    </w:p>
    <w:p>
      <w:r>
        <w:br/>
        <w:t>ЯВА 19</w:t>
      </w:r>
    </w:p>
    <w:p>
      <w:r>
        <w:br/>
        <w:t>М а к с и м та Галя.</w:t>
      </w:r>
    </w:p>
    <w:p>
      <w:r>
        <w:br/>
        <w:t>М а к с и м. Галю, ти тут? Галочко, ясонько, рибонько! Чи я надіявся, чи я думав, що ти тут! Пріська прибігла до мене, звеліла коней сюди надігнати...</w:t>
      </w:r>
    </w:p>
    <w:p>
      <w:r>
        <w:br/>
        <w:t>Г а л я. А де ж твої коні тепер?</w:t>
      </w:r>
    </w:p>
    <w:p>
      <w:r>
        <w:br/>
        <w:t>М а к с и м. Там десь. Кат їх бери! Хіба я міг біля коней зоставатися, коли зачув твій голос? Хіба я можу думати про коней, гроші, про все на світі, коли ти біля мене? (Цілує Галю).</w:t>
      </w:r>
    </w:p>
    <w:p>
      <w:r>
        <w:br/>
        <w:t>Г а л я. Гляди, мій голубе, щоб, бува, до шкоди не дійшов — коні як уберуться в пашню та нароблять шкоди, то Йосип тобі не подарує.</w:t>
      </w:r>
    </w:p>
    <w:p>
      <w:r>
        <w:br/>
        <w:t>М а к с и м. Ат! Хай він лусне, самий Йосип! Ти біля мене, твоє серденько б'ється поруч з моїм, я цілую, милую тебе досхочу, а там хай Йосип здере завтра з мене не то гроші, а й волосся з голови!..</w:t>
      </w:r>
    </w:p>
    <w:p>
      <w:r>
        <w:br/>
        <w:t>Г а л я. А батько?</w:t>
      </w:r>
    </w:p>
    <w:p>
      <w:r>
        <w:br/>
        <w:t>М а к с и м. Не згадуй мені про батька. З того часу, як я впевнився, що гроші йому миліші за моє щастя, я його більш не поважаю; з того часу, як він заборонив мені сватати тебе, серце моє від його відвернулося, а сьогодні я ледве втерпів, щоб не вилаяти його...</w:t>
      </w:r>
    </w:p>
    <w:p>
      <w:r>
        <w:br/>
        <w:t>Г а л я. Батька? Боже тебе борони! Максимику, що це ти?</w:t>
      </w:r>
    </w:p>
    <w:p>
      <w:r>
        <w:br/>
        <w:t>М а к с и м. Ти знаєш, що він бере мене з економії? Що він розрізняє нас, веде мене світ за очі аж у другий повіт, аби вволити волю Йосипа?</w:t>
      </w:r>
    </w:p>
    <w:p>
      <w:r>
        <w:br/>
        <w:t>Г а л я. Ой Боже ж мій, Боже! (Плаче).</w:t>
      </w:r>
    </w:p>
    <w:p>
      <w:r>
        <w:br/>
        <w:t>М а к с и м. Голубочко моя, квіточко! Чи пам'ятатимеш ти мене, чи загадуватимеш мене, безталанного, коли я буду далеко від тебе?</w:t>
      </w:r>
    </w:p>
    <w:p>
      <w:r>
        <w:br/>
        <w:t>Г а л я. Чи не гріх тобі й питати? Увесь вік буду тебе пам'ятати, у дівках посивію, а не зраджу я тебе, мій соколе, мій голубе, ніколи...</w:t>
      </w:r>
    </w:p>
    <w:p>
      <w:r>
        <w:br/>
        <w:t>За коном голос Йосип а. Максиме! Максиме! А бодай ти й без вісті пропав!</w:t>
      </w:r>
    </w:p>
    <w:p>
      <w:r>
        <w:br/>
        <w:t>Голос Тетяни. І, людочки, рятуйте! Жалуйте мене! (Тужить).</w:t>
      </w:r>
    </w:p>
    <w:p>
      <w:r>
        <w:br/>
        <w:t>М а к с и м та Галя біжать геть.</w:t>
      </w:r>
    </w:p>
    <w:p>
      <w:r>
        <w:br/>
        <w:t>ЯВА 20</w:t>
      </w:r>
    </w:p>
    <w:p>
      <w:r>
        <w:br/>
        <w:t>Йосип, О п а н а с, Тетяна, староста, поняті, згодом Галя, Максим,</w:t>
      </w:r>
    </w:p>
    <w:p>
      <w:r>
        <w:br/>
        <w:t>с т р о к і в ц і, Пріська.</w:t>
      </w:r>
    </w:p>
    <w:p>
      <w:r>
        <w:br/>
        <w:t>С т а р о с т а (до Тетяни). Не турбуйтеся, тітко, шкоду всяк бачить: дві десятини хліба чисто витолочено.</w:t>
      </w:r>
    </w:p>
    <w:p>
      <w:r>
        <w:br/>
        <w:t>Т е т я н а. Людочки мої, сусіди дорогі, не зобидьте нещасну удову одиноку! Це ж увесь мій присівочок, уся моя надія! Ще ж я у гамазей винна, ще ж я й не оплатилася... (Плаче).</w:t>
      </w:r>
    </w:p>
    <w:p>
      <w:r>
        <w:br/>
        <w:t>П о н я т і. На 50 карбованців, не менше, шкоди, Йосипе Івановичу! Усі ми бачили, як сорок штук панських коней толочили Тетянине поле. Зробимо завтра протокола, хай пан її заплатить.</w:t>
      </w:r>
    </w:p>
    <w:p>
      <w:r>
        <w:br/>
        <w:t>П р и к а ж ч и к. З якої речі панові платити? У пана пастухів повен двір — вони відповідають за шкоду. Цю ніч Максим пас — хай і платить.</w:t>
      </w:r>
    </w:p>
    <w:p>
      <w:r>
        <w:br/>
        <w:t>Т е т я н а. Чим він і заплатить? Людочки ж мої! Дві десятинки хлібця попсовано, витолочено — сама свята земля чорніє... (Низько кланяється, плаче). Згляньтеся хоч на моїх сиріт! Де той Максим 50 карбованців візьме?</w:t>
      </w:r>
    </w:p>
    <w:p>
      <w:r>
        <w:br/>
        <w:t>П р и к а ж ч и к. А мені яке діло? Де хоче, там хай і бере!</w:t>
      </w:r>
    </w:p>
    <w:p>
      <w:r>
        <w:br/>
        <w:t>Староста. Кажу вам, тітко, не турбуйтеся: коли Максим і не має чим заплатити, то зате в кишені у старого Опанаса бряжчить добре. Зробимо завтра протокола та й потягнемо з батька усе до копієчки.</w:t>
      </w:r>
    </w:p>
    <w:p>
      <w:r>
        <w:br/>
        <w:t>О п а н а с. З мене?.. Людочки, братіки, чи я повинен у цій пригоді? Катуйте його, проклятого, тягніть у холодну, під різки його, каторжного!</w:t>
      </w:r>
    </w:p>
    <w:p>
      <w:r>
        <w:br/>
        <w:t>П р и к а ж ч и к. Авжеж так, усипте йому, іродовому синові, десятків з п'ять. За віщо батькові одповідати?</w:t>
      </w:r>
    </w:p>
    <w:p>
      <w:r>
        <w:br/>
        <w:t>О п а н а с. І де я візьму отаку суму? 50 карбованців! Лишенько! Згляньтеся-таки на мою бідність, на мої злидні та недостатки! 50 карбованців!.. Рятуйте!</w:t>
      </w:r>
    </w:p>
    <w:p>
      <w:r>
        <w:br/>
        <w:t>П о н я т и й. Ось і Максим іде.</w:t>
      </w:r>
    </w:p>
    <w:p>
      <w:r>
        <w:br/>
        <w:t>П р и к а ж ч и к (до Максима). Що ти наробив? Де ти був?</w:t>
      </w:r>
    </w:p>
    <w:p>
      <w:r>
        <w:br/>
        <w:t>М а к с и м. Там, де тепер немає.</w:t>
      </w:r>
    </w:p>
    <w:p>
      <w:r>
        <w:br/>
        <w:t>Опанас. Давай, синку, 50 карбованців за спаш — хоч з душі видери, хоч завісся, а подай.</w:t>
      </w:r>
    </w:p>
    <w:p>
      <w:r>
        <w:br/>
        <w:t>М а к с и м. У вас до ката тих золотих, то й платіть. А я де візьму?</w:t>
      </w:r>
    </w:p>
    <w:p>
      <w:r>
        <w:br/>
        <w:t>О п а н а с. О, Господи! Катуйте його, бийте його — я батько, я дозволяю...</w:t>
      </w:r>
    </w:p>
    <w:p>
      <w:r>
        <w:br/>
        <w:t>С т а р о с т а. І хто б там бився? Заплати за сина, та й край.</w:t>
      </w:r>
    </w:p>
    <w:p>
      <w:r>
        <w:br/>
        <w:t>О п а н а с. Хоч ріжте, хоч розіпніть, — не дам. Його, шибеника, питайте, з його шкуру деріть.</w:t>
      </w:r>
    </w:p>
    <w:p>
      <w:r>
        <w:br/>
        <w:t>М а к с и м шепче щось на ухо старості.</w:t>
      </w:r>
    </w:p>
    <w:p>
      <w:r>
        <w:br/>
        <w:t>Староста. Стійте, братця, годі клопотатися, послухайте мене! (До Опанаса). Ти не хочеш, старий, платити за сина 50 карбованців? Не хочеш?</w:t>
      </w:r>
    </w:p>
    <w:p>
      <w:r>
        <w:br/>
        <w:t>О п а н а с. Хоч ріжте — не дам! Нема у мене й копійки, й шага за душею!</w:t>
      </w:r>
    </w:p>
    <w:p>
      <w:r>
        <w:br/>
        <w:t>С т а р о с т а. Коли не маєш чим заплатити, то благословляй сина з Галиною до шлюбу: посватається, то Тетяна й подарує шкоду. Чи так, Тетяно?</w:t>
      </w:r>
    </w:p>
    <w:p>
      <w:r>
        <w:br/>
        <w:t>Г а л я (падає навколішки перед матір'ю). Матусенько, нене моя ріднесенька! Ми вам з Максимом відробимо за шкоду!</w:t>
      </w:r>
    </w:p>
    <w:p>
      <w:r>
        <w:br/>
        <w:t>Т е т я н а. Хай вас, дитино моя, Господь благословить!</w:t>
      </w:r>
    </w:p>
    <w:p>
      <w:r>
        <w:br/>
        <w:t>С т а р о с т а (до Галі та до Максима). Перед батьком мерщій навколюшки! Благословляй, старий, а ні — витягай 50 карбованців з кишені. (Становить Галю та Максима перед Опанасом).</w:t>
      </w:r>
    </w:p>
    <w:p>
      <w:r>
        <w:br/>
        <w:t>О п а н а с. 50 карбованців! Господи! Благословляю! (Благословляє Галю та Максима).</w:t>
      </w:r>
    </w:p>
    <w:p>
      <w:r>
        <w:br/>
        <w:t>П р и к а ж ч и к. Що це таке? Тривайте: я сватаю Галю, я заплачу...</w:t>
      </w:r>
    </w:p>
    <w:p>
      <w:r>
        <w:br/>
        <w:t>Г а л я. Нене моя! Людочки! Не хочу я за Йосипа! Краще з мосту та в воду.</w:t>
      </w:r>
    </w:p>
    <w:p>
      <w:r>
        <w:br/>
        <w:t>Л ю д и. Ха-ха-ха! Чуєш, Йосипе?</w:t>
      </w:r>
    </w:p>
    <w:p>
      <w:r>
        <w:br/>
        <w:t>П р і с ь к а (до Йосипа). Мій дядечку, мій кривесенький! Не вдавайся в тугу — я ж біля вас!</w:t>
      </w:r>
    </w:p>
    <w:p>
      <w:r>
        <w:br/>
        <w:t>П р и к а ж ч и к (як несамовитий). Ти ізнову тут, проклята! (Кидається з ціпком. Пріська з реготом ховається за людей. Прикажчик іде геть з кону).</w:t>
      </w:r>
    </w:p>
    <w:p>
      <w:r>
        <w:br/>
        <w:t>ЯВА 21</w:t>
      </w:r>
    </w:p>
    <w:p>
      <w:r>
        <w:br/>
        <w:t>Без прикажчика.</w:t>
      </w:r>
    </w:p>
    <w:p>
      <w:r>
        <w:br/>
        <w:t>Люди (співають)</w:t>
      </w:r>
    </w:p>
    <w:p>
      <w:r>
        <w:br/>
        <w:t>Ой дуб-дуба, дуба, дуба!</w:t>
      </w:r>
    </w:p>
    <w:p>
      <w:r>
        <w:br/>
        <w:t>Недалеко вже до шлюба.</w:t>
      </w:r>
    </w:p>
    <w:p>
      <w:r>
        <w:br/>
        <w:t>Засватались на покосі,</w:t>
      </w:r>
    </w:p>
    <w:p>
      <w:r>
        <w:br/>
        <w:t>Потанцюємо на росі.</w:t>
      </w:r>
    </w:p>
    <w:p>
      <w:r>
        <w:br/>
        <w:t>От дуб-дуба, дуба, дуба!</w:t>
      </w:r>
    </w:p>
    <w:p>
      <w:r>
        <w:br/>
        <w:t>Наша дівка Галя люба,</w:t>
      </w:r>
    </w:p>
    <w:p>
      <w:r>
        <w:br/>
        <w:t>А ми хлопці моторненькі</w:t>
      </w:r>
    </w:p>
    <w:p>
      <w:r>
        <w:br/>
        <w:t>Та й до жартів охітненькі.</w:t>
      </w:r>
    </w:p>
    <w:p>
      <w:r>
        <w:br/>
        <w:t>Ой дуб-дуба, дуба, дуба!</w:t>
      </w:r>
    </w:p>
    <w:p>
      <w:r>
        <w:br/>
        <w:t>Панські коні милі-любі:</w:t>
      </w:r>
    </w:p>
    <w:p>
      <w:r>
        <w:br/>
        <w:t>Двоє стало за сватів,</w:t>
      </w:r>
    </w:p>
    <w:p>
      <w:r>
        <w:br/>
        <w:t>А останні за дружків.</w:t>
      </w:r>
    </w:p>
    <w:p>
      <w:r>
        <w:br/>
        <w:t>Ой дуб-дуба, дуба, дуба!</w:t>
      </w:r>
    </w:p>
    <w:p>
      <w:r>
        <w:br/>
        <w:t>Що "булана" — мила-люба:</w:t>
      </w:r>
    </w:p>
    <w:p>
      <w:r>
        <w:br/>
        <w:t>Вона стала за світилку,</w:t>
      </w:r>
    </w:p>
    <w:p>
      <w:r>
        <w:br/>
        <w:t>Підем, хлопці, по горілку.</w:t>
      </w:r>
    </w:p>
    <w:p>
      <w:r>
        <w:br/>
        <w:t>Танок.</w:t>
      </w:r>
    </w:p>
    <w:p>
      <w:r>
        <w:br/>
        <w:t>Завіса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сіножаті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