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роковини</w:t>
      </w:r>
    </w:p>
    <w:p>
      <w:r>
        <w:br/>
        <w:t xml:space="preserve"> &lt;blockquote&gt;* Вірш присвячено Т. Г. Шевченку.&lt;/blockquote&gt;</w:t>
      </w:r>
    </w:p>
    <w:p>
      <w:r>
        <w:br/>
        <w:t>Не він один її любив,&lt;br /&gt;</w:t>
        <w:br/>
        <w:t>віддавна Україну&lt;br /&gt;</w:t>
        <w:br/>
        <w:t>поети славили в піснях,&lt;br /&gt;</w:t>
        <w:br/>
        <w:t>немов "красу-дівчину".</w:t>
      </w:r>
    </w:p>
    <w:p>
      <w:r>
        <w:br/>
        <w:t>Від неї переймали сміх,&lt;br /&gt;</w:t>
        <w:br/>
        <w:t>і жарти, і таночки,&lt;br /&gt;</w:t>
        <w:br/>
        <w:t>її байки, немов квітки,&lt;br /&gt;</w:t>
        <w:br/>
        <w:t>сплітали у віночки.</w:t>
      </w:r>
    </w:p>
    <w:p>
      <w:r>
        <w:br/>
        <w:t>Той в ній давнину покохав,&lt;br /&gt;</w:t>
        <w:br/>
        <w:t>той мрію молоденьку.&lt;br /&gt;</w:t>
        <w:br/>
        <w:t>Він перший полюбив її,&lt;br /&gt;</w:t>
        <w:br/>
        <w:t>як син кохає неньку.</w:t>
      </w:r>
    </w:p>
    <w:p>
      <w:r>
        <w:br/>
        <w:t>Хоч би була вона стара,&lt;br /&gt;</w:t>
        <w:br/>
        <w:t>сумна, змарніла, бідна,&lt;br /&gt;</w:t>
        <w:br/>
        <w:t>для сина вірного вона&lt;br /&gt;</w:t>
        <w:br/>
        <w:t>єдина, люба, рідна;</w:t>
      </w:r>
    </w:p>
    <w:p>
      <w:r>
        <w:br/>
        <w:t>хоч би була вона сліпа,&lt;br /&gt;</w:t>
        <w:br/>
        <w:t>каліка-недоріка, —&lt;br /&gt;</w:t>
        <w:br/>
        <w:t>мов рана ятриться в ньому,&lt;br /&gt;</w:t>
        <w:br/>
        <w:t>любов його велика.</w:t>
      </w:r>
    </w:p>
    <w:p>
      <w:r>
        <w:br/>
        <w:t>Вкраїна бачила не раз,&lt;br /&gt;</w:t>
        <w:br/>
        <w:t>як тії закоханці&lt;br /&gt;</w:t>
        <w:br/>
        <w:t>надвечір забували все,&lt;br /&gt;</w:t>
        <w:br/>
        <w:t>про що співали вранці,</w:t>
      </w:r>
    </w:p>
    <w:p>
      <w:r>
        <w:br/>
        <w:t>і, взявши дар від неї, йшли&lt;br /&gt;</w:t>
        <w:br/>
        <w:t>до іншої в гостину;&lt;br /&gt;</w:t>
        <w:br/>
        <w:t>вони не знали, що то є&lt;br /&gt;</w:t>
        <w:br/>
        <w:t>любити до загину.</w:t>
      </w:r>
    </w:p>
    <w:p>
      <w:r>
        <w:br/>
        <w:t>Він перший за свою любов&lt;br /&gt;</w:t>
        <w:br/>
        <w:t>тяжкі дістав кайдани,&lt;br /&gt;</w:t>
        <w:br/>
        <w:t>але до скону їй служив&lt;br /&gt;</w:t>
        <w:br/>
        <w:t>без зради, без омани.</w:t>
      </w:r>
    </w:p>
    <w:p>
      <w:r>
        <w:br/>
        <w:t>Усе знесла й перемогла&lt;br /&gt;</w:t>
        <w:br/>
        <w:t>його любові сила.&lt;br /&gt;</w:t>
        <w:br/>
        <w:t>Того великого вогню&lt;br /&gt;</w:t>
        <w:br/>
        <w:t>і смерть не погасила.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роковини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