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решеті часу</w:t>
      </w:r>
    </w:p>
    <w:p>
      <w:r>
        <w:br/>
        <w:t xml:space="preserve"> З гігантським решетом в руках&lt;br /&gt;</w:t>
        <w:br/>
        <w:t>Час пильно й весело працює:&lt;br /&gt;</w:t>
        <w:br/>
        <w:t>Бере світи і безнастанно&lt;br /&gt;</w:t>
        <w:br/>
        <w:t>Їх віє, точить, решетує —&lt;br /&gt;</w:t>
        <w:br/>
        <w:t>Хай журяться собі одсійки!</w:t>
      </w:r>
    </w:p>
    <w:p>
      <w:r>
        <w:br/>
        <w:t>Послідків Час не полюбля,&lt;br /&gt;</w:t>
        <w:br/>
        <w:t>Відсіює все плюскле й морхле,&lt;br /&gt;</w:t>
        <w:br/>
        <w:t>Чи нації, чи індивіди:&lt;br /&gt;</w:t>
        <w:br/>
        <w:t>Заміркувате? Що ж, хай дохне.&lt;br /&gt;</w:t>
        <w:br/>
        <w:t>Менш вартне? Значить, жить не варте.</w:t>
      </w:r>
    </w:p>
    <w:p>
      <w:r>
        <w:br/>
        <w:t>Так возгрими ж, пророче слово!&lt;br /&gt;</w:t>
        <w:br/>
        <w:t>Той прахом піде, хто заскнів,&lt;br /&gt;</w:t>
        <w:br/>
        <w:t>Хто вже не годен засівати&lt;br /&gt;</w:t>
        <w:br/>
        <w:t>Ріллю задля майбутніх жнив!&lt;br /&gt;</w:t>
        <w:br/>
        <w:t>Дряхлі людці... Ідейки трухлі?</w:t>
      </w:r>
    </w:p>
    <w:p>
      <w:r>
        <w:br/>
        <w:t>О ви, засохлі і пожухлі&lt;br /&gt;</w:t>
        <w:br/>
        <w:t>(Пророчий голос так луна),-&lt;br /&gt;</w:t>
        <w:br/>
        <w:t>Владика-Час пребуде вічно,&lt;br /&gt;</w:t>
        <w:br/>
        <w:t>Погибнуть косні племена,&lt;br /&gt;</w:t>
        <w:br/>
        <w:t>І Лоти праведнії з ними.</w:t>
      </w:r>
    </w:p>
    <w:p>
      <w:r>
        <w:br/>
        <w:t>З тобою долю я ділю,&lt;br /&gt;</w:t>
        <w:br/>
        <w:t>Мій недотворений народе!&lt;br /&gt;</w:t>
        <w:br/>
        <w:t>Це решето не зна жалю:&lt;br /&gt;</w:t>
        <w:br/>
        <w:t>По праву ми йдемо в відходи,&lt;br /&gt;</w:t>
        <w:br/>
        <w:t>Те маємо, що заробили.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решеті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