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Отрії</w:t>
      </w:r>
    </w:p>
    <w:p>
      <w:r>
        <w:br/>
        <w:t xml:space="preserve"> Глянь: западає день, і вітер посвіжів,&lt;br /&gt;</w:t>
        <w:br/>
        <w:t>Не в'ються оводи уже над чередою,&lt;br /&gt;</w:t>
        <w:br/>
        <w:t>I тіні довшають. Побудь, побудь зо мною,&lt;br /&gt;</w:t>
        <w:br/>
        <w:t>Сердечний гостю мій, посланниче богів!</w:t>
      </w:r>
    </w:p>
    <w:p>
      <w:r>
        <w:br/>
        <w:t>За кухлем молока з гірських моїх грунтів&lt;br /&gt;</w:t>
        <w:br/>
        <w:t>Там, за вершиною Тіфреста сніговою,&lt;br /&gt;</w:t>
        <w:br/>
        <w:t>Ген-ген побачиш ти Олімп перед собою,&lt;br /&gt;</w:t>
        <w:br/>
        <w:t>Красу темпейських лук і пієрійських нив.</w:t>
      </w:r>
    </w:p>
    <w:p>
      <w:r>
        <w:br/>
        <w:t>А там Евбея спить на лоні хвиль безмовних&lt;br /&gt;</w:t>
        <w:br/>
        <w:t>I Ета, де Геракл, конаючи, воздвиг&lt;br /&gt;</w:t>
        <w:br/>
        <w:t>Останнє огнище і перший свій жертовник.</w:t>
      </w:r>
    </w:p>
    <w:p>
      <w:r>
        <w:br/>
        <w:t>А там ясний Парнас і непорочний сніг,&lt;br /&gt;</w:t>
        <w:br/>
        <w:t>Де громовий Пегас, збудившись із зорею,&lt;br /&gt;</w:t>
        <w:br/>
        <w:t>В свій несмертельний льот рушає над землею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Отрії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