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місто стомлене...</w:t>
      </w:r>
    </w:p>
    <w:p>
      <w:r>
        <w:br/>
        <w:t xml:space="preserve"> На місто стомлене здаля дихнула осінь:&lt;br /&gt;</w:t>
        <w:br/>
        <w:t>Повітря в ніч пило міцную прохолоду,&lt;br /&gt;</w:t>
        <w:br/>
        <w:t>А ранком – почепилась блідо-сиза вогкість&lt;br /&gt;</w:t>
        <w:br/>
        <w:t>На будинки, мости, на води…&lt;br /&gt;</w:t>
        <w:br/>
        <w:t>Там, десь за обрієм, вона спросоння дише.&lt;br /&gt;</w:t>
        <w:br/>
        <w:t>Її – цю ніч поцілувало літо,&lt;br /&gt;</w:t>
        <w:br/>
        <w:t>Прийшло, промовило: "Ще спиш?"&lt;br /&gt;</w:t>
        <w:br/>
        <w:t>І нахилилося, в тумани оповите.&lt;br /&gt;</w:t>
        <w:br/>
        <w:t>Спросоння кліпнула й зідхнула —&lt;br /&gt;</w:t>
        <w:br/>
        <w:t>Приснились: золото і листя шелест,&lt;br /&gt;</w:t>
        <w:br/>
        <w:t>І роси ранкові, й дзвінкі осінні луни,&lt;br /&gt;</w:t>
        <w:br/>
        <w:t>Коли кривавий лист дорогу стеле…&lt;br /&gt;</w:t>
        <w:br/>
        <w:t>Зідхнула ласкаво, промовила: цілуй! —&lt;br /&gt;</w:t>
        <w:br/>
        <w:t>Змутніла неба синяя емаль,&lt;br /&gt;</w:t>
        <w:br/>
        <w:t>І вулиці повив серпанком ніжний сум,&lt;br /&gt;</w:t>
        <w:br/>
        <w:t>Заводи одягла вуаль…&lt;br /&gt;</w:t>
        <w:br/>
        <w:t>А вдень – буяла літа перемога —&lt;br /&gt;</w:t>
        <w:br/>
        <w:t>Останні ласки – огневі…&lt;br /&gt;</w:t>
        <w:br/>
        <w:t>Будинки літу цілували ноги&lt;br /&gt;</w:t>
        <w:br/>
        <w:t>І слали погляди з-під довгих вій…&lt;br /&gt;</w:t>
        <w:br/>
        <w:t>Асфальти дихали жадібно і смолисто&lt;br /&gt;</w:t>
        <w:br/>
        <w:t>І заховатися спішили в тінь —&lt;br /&gt;</w:t>
        <w:br/>
        <w:t>Востаннє літо цілувало місто,&lt;br /&gt;</w:t>
        <w:br/>
        <w:t>Йдучи в прозору далечінь.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місто стомлене...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