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колосистій ниві</w:t>
      </w:r>
    </w:p>
    <w:p>
      <w:r>
        <w:br/>
        <w:t xml:space="preserve"> Якось улітку, уночі,&lt;br /&gt;</w:t>
        <w:br/>
        <w:t>У саме переджнив'я,&lt;br /&gt;</w:t>
        <w:br/>
        <w:t>По тихій вулиці йдучи,&lt;br /&gt;</w:t>
        <w:br/>
        <w:t>Кохану Енні стрів я.&lt;br /&gt;</w:t>
        <w:br/>
        <w:t>Бродили вдвох ми навмання&lt;br /&gt;</w:t>
        <w:br/>
        <w:t>У місячнім розливі&lt;br /&gt;</w:t>
        <w:br/>
        <w:t>Та й опинились хтозна-як&lt;br /&gt;</w:t>
        <w:br/>
        <w:t>На колосистій ниві.</w:t>
      </w:r>
    </w:p>
    <w:p>
      <w:r>
        <w:br/>
        <w:t>З небес дивилися на нас&lt;br /&gt;</w:t>
        <w:br/>
        <w:t>Зірниці миготливі...&lt;br /&gt;</w:t>
        <w:br/>
        <w:t>Блаженна ніч, блаженний час&lt;br /&gt;</w:t>
        <w:br/>
        <w:t>На колосистій ниві!&lt;br /&gt;</w:t>
        <w:br/>
        <w:t>Ми з нею тут заприсяглись&lt;br /&gt;</w:t>
        <w:br/>
        <w:t>В любові незрадливій,&lt;br /&gt;</w:t>
        <w:br/>
        <w:t>Ми з нею вперше обнялись&lt;br /&gt;</w:t>
        <w:br/>
        <w:t>На колосистій ниві.</w:t>
      </w:r>
    </w:p>
    <w:p>
      <w:r>
        <w:br/>
        <w:t>Зайшлись розвогнені серця&lt;br /&gt;</w:t>
        <w:br/>
        <w:t>В жагучому пориві,&lt;br /&gt;</w:t>
        <w:br/>
        <w:t>Лились цілунки без кінця&lt;br /&gt;</w:t>
        <w:br/>
        <w:t>На колосистій ниві.&lt;br /&gt;</w:t>
        <w:br/>
        <w:t>Сіяла ніч до наших віч,&lt;br /&gt;</w:t>
        <w:br/>
        <w:t>Ми вдвох були щасливі...&lt;br /&gt;</w:t>
        <w:br/>
        <w:t>Благословляли ми ту ніч&lt;br /&gt;</w:t>
        <w:br/>
        <w:t>На колосистій ниві.</w:t>
      </w:r>
    </w:p>
    <w:p>
      <w:r>
        <w:br/>
        <w:t>Я маю втіху у вині,&lt;br /&gt;</w:t>
        <w:br/>
        <w:t>В компанії гульливій,&lt;br /&gt;</w:t>
        <w:br/>
        <w:t>Знайомі радощі мені&lt;br /&gt;</w:t>
        <w:br/>
        <w:t>I в роздумі, і в співі.&lt;br /&gt;</w:t>
        <w:br/>
        <w:t>Усе то втіхи, певна річ,&lt;br /&gt;</w:t>
        <w:br/>
        <w:t>I радощі правдиві,&lt;br /&gt;</w:t>
        <w:br/>
        <w:t>Та не такі, як тая ніч&lt;br /&gt;</w:t>
        <w:br/>
        <w:t>На колосистій ниві.</w:t>
      </w:r>
    </w:p>
    <w:p>
      <w:r>
        <w:br/>
        <w:t>Ой ячмінь-колосій&lt;br /&gt;</w:t>
        <w:br/>
        <w:t>У полі колосіє...&lt;br /&gt;</w:t>
        <w:br/>
        <w:t>Як я згадаю про ту ніч,&lt;br /&gt;</w:t>
        <w:br/>
        <w:t>I досі серце мліє.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колосистій ниві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