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хуторі</w:t>
      </w:r>
    </w:p>
    <w:p>
      <w:r>
        <w:br/>
        <w:t xml:space="preserve"> &lt;p&gt;Заходила ніч.</w:t>
      </w:r>
    </w:p>
    <w:p>
      <w:r>
        <w:br/>
        <w:t>Німіє степ і тьмариться.</w:t>
      </w:r>
    </w:p>
    <w:p>
      <w:r>
        <w:br/>
        <w:t>Поспішаючи, кудись ховаються останні шуми й гуки довгої літньої днини. Не погасло ще на заході, як кров, червоне зарево, а вже над ним у темряві далекого неба зажевріла, немов жарина в попелі, вечірня зоря. А місяць, що перше висів серед ясного неба сірою, малопомітною плямою, під темним крилом ночі зразу ожив і засвітився білим чарівним огнем.</w:t>
      </w:r>
    </w:p>
    <w:p>
      <w:r>
        <w:br/>
        <w:t>Ринуло з неба ціле море тихого світла, все на землі потопляючи. Над степом промайнув легенькою тінню незрячий сон.</w:t>
      </w:r>
    </w:p>
    <w:p>
      <w:r>
        <w:br/>
        <w:t>Ніч зайшла.</w:t>
      </w:r>
    </w:p>
    <w:p>
      <w:r>
        <w:br/>
        <w:t>Маленькою хмаринкою темніє над глибоким яром закинутий у степу хутірець.</w:t>
      </w:r>
    </w:p>
    <w:p>
      <w:r>
        <w:br/>
        <w:t>Синіють у промінні хатки. У яр потяглися довгі тіні.</w:t>
      </w:r>
    </w:p>
    <w:p>
      <w:r>
        <w:br/>
        <w:t>Тихо в хуторі, мов у скам’янілому царстві із давньої казки.</w:t>
      </w:r>
    </w:p>
    <w:p>
      <w:r>
        <w:br/>
        <w:t>Серпи, коси, вози, збруя — все трупом лежить коло хат, немов ті цяцьки, що перед сном порозкидали малі діти. По дворах манячать стіжки свіжої пашні, мало не поруч з хатами тягнуться ниви з блискучою стернею.</w:t>
      </w:r>
    </w:p>
    <w:p>
      <w:r>
        <w:br/>
        <w:t>На нивах, як те військо побите, темніють не зношені снопи, стелються довгими рядами не загребені покоси і, збившись стеблинами в густу лаву, подекуди стоять самотою клапті недокошеної пшениці.</w:t>
      </w:r>
    </w:p>
    <w:p>
      <w:r>
        <w:br/>
        <w:t>А над усім густо стелеться дух свіжого степового сіна.</w:t>
      </w:r>
    </w:p>
    <w:p>
      <w:r>
        <w:br/>
        <w:t>Розкошами, красою віє над степом...</w:t>
      </w:r>
    </w:p>
    <w:p>
      <w:r>
        <w:br/>
        <w:t>У яру тихо й сумно. Світить над ним місяць. Вздовж його розтягнулися довгою стрічкою кучеряві верби. З-під верб одірвались і попливли проти місяця понад зрошеною травою марища — тіні. Запирскало щось... Воли. За волами виринула й стала в яру волохата постать.</w:t>
      </w:r>
    </w:p>
    <w:p>
      <w:r>
        <w:br/>
        <w:t>На голові у неї наверчене жмутом якесь ганчір’я, довга свита підперезана білою ганчіркою, на ногах великі мужичі чоботи, а в руках — батіг. З купи ганчірок визирає мармурове дівоче личко з дуже великими пречудними очима. Дівчина притулилася плечем до стовбура верби й закинула голову проти місяця. Очі у неї склепилися, руки опустились, як у сонної. Стоїть і осміхається.</w:t>
      </w:r>
    </w:p>
    <w:p>
      <w:r>
        <w:br/>
        <w:t>Затремтіло зразу сонне повітря, і зграї срібних звуків, плутаючись і виграваючи, полетіли яром і далеко кругом заснували степ.</w:t>
      </w:r>
    </w:p>
    <w:p>
      <w:r>
        <w:br/>
        <w:t>Потім із моря звуків вирізалися дзвінкі, мов із срібла виковані, слова пісні:</w:t>
      </w:r>
    </w:p>
    <w:p>
      <w:r>
        <w:br/>
        <w:t>Яром, яром, пшениченька ланом,</w:t>
      </w:r>
    </w:p>
    <w:p>
      <w:r>
        <w:br/>
        <w:t>Горою овес.</w:t>
      </w:r>
    </w:p>
    <w:p>
      <w:r>
        <w:br/>
        <w:t>Не по правді, молодий козаче,</w:t>
      </w:r>
    </w:p>
    <w:p>
      <w:r>
        <w:br/>
        <w:t>Зо мною живеш...</w:t>
      </w:r>
    </w:p>
    <w:p>
      <w:r>
        <w:br/>
        <w:t>Слова всі до одного оддалися голосною луною: ні одне не сховалося. Дівчина замовкла і схилила голову. Стало знов тихо. Тільки десь далеко, тремтячи в повітрі, завмирали останні одголоси пісні.</w:t>
      </w:r>
    </w:p>
    <w:p>
      <w:r>
        <w:br/>
        <w:t>Верби стоять — не стенуться. Проз їх віти де-не-де визирають далекі зорі.</w:t>
      </w:r>
    </w:p>
    <w:p>
      <w:r>
        <w:br/>
        <w:t>Дівчина звела великі очі й довго вдивлялася ними в сріблясту далечінь. Здіймала руки, щось шепотіла сама собі, кивала гірко головою.</w:t>
      </w:r>
    </w:p>
    <w:p>
      <w:r>
        <w:br/>
        <w:t>Знову зворухнулось повітря, і срібні звуки розбудили степ.</w:t>
      </w:r>
    </w:p>
    <w:p>
      <w:r>
        <w:br/>
        <w:t>Дівчина заплющила очі, марить і співає.</w:t>
      </w:r>
    </w:p>
    <w:p>
      <w:r>
        <w:br/>
        <w:t>І ввижається бідній дівчині в старих лахміттях, що не наймичка вона, не сирота... Вона дочка-одиниця багатого батька. У неї шовком шиті сорочки, дорогії килими, дукачі срібні... Та не милі їй вони, бо не хоче її любити козак молодий. А той козак — такий хлопець, яких уже немає тепер: він у пишному вбранні, що сяє, як сонце. Під ним грає кінь вороний, а в того коня горять на ногах золоті підкови, срібні виблискують стремена. Сидить козак на коні перед нею, хороший і вільний, як вітер степовий, а вона стоїть перед ним засмучена та стиха докоряє йому, що не по правді він з нею живе...</w:t>
      </w:r>
    </w:p>
    <w:p>
      <w:r>
        <w:br/>
        <w:t>Тужить, розливається голос дівчини, і лунає-розлягається по сонному степу живе оповідання про дівчину та зрадливого козака.</w:t>
      </w:r>
    </w:p>
    <w:p>
      <w:r>
        <w:br/>
        <w:t>"Ой вистели, дівчино,— дає глузливую козак дівчині пораду,— ой вистели килимами двір, щоб не скаляв мій кінь вороний золотих підків,— тоді буду до тебе ходити".</w:t>
      </w:r>
    </w:p>
    <w:p>
      <w:r>
        <w:br/>
        <w:t>"Ой посади, дівчино, край воріт вербу, тоді буду до тебе заходити".</w:t>
      </w:r>
    </w:p>
    <w:p>
      <w:r>
        <w:br/>
        <w:t>Та не одурити козакові дівчини! Почула вона серцем гіркую правду, і тихим безнадійним смутком забриніли останні слова пісні:</w:t>
      </w:r>
    </w:p>
    <w:p>
      <w:r>
        <w:br/>
        <w:t>Я й садила, я вже й поливала,-</w:t>
      </w:r>
    </w:p>
    <w:p>
      <w:r>
        <w:br/>
        <w:t>Не приймається.</w:t>
      </w:r>
    </w:p>
    <w:p>
      <w:r>
        <w:br/>
        <w:t>Брешеш, брешеш, молодий козаче,-</w:t>
      </w:r>
    </w:p>
    <w:p>
      <w:r>
        <w:br/>
        <w:t>Ти цураєшся.</w:t>
      </w:r>
    </w:p>
    <w:p>
      <w:r>
        <w:br/>
        <w:t>* * *</w:t>
      </w:r>
    </w:p>
    <w:p>
      <w:r>
        <w:br/>
        <w:t>Стоїть дівчина, схилившись до верби головою, сльози витирає рукавом драної свитини. Стоїть з жалощами в серці, засмучена й обмарена чарівними малюнками давно минулого, давно забутого, вільного й шумливого життя її рідного краю.</w:t>
      </w:r>
    </w:p>
    <w:p>
      <w:r>
        <w:br/>
        <w:t>А в тихому хуторі зчинилося диво: од сну просипалися люди, виходили з хат здивовані й слухали пісню, що живою силою вривалася з яру на хутір.</w:t>
      </w:r>
    </w:p>
    <w:p>
      <w:r>
        <w:br/>
        <w:t>Прочинились двері чиєїсь хати, і, зчепивши руки на грудях, стояла на порозі біла постать чи дівчини, чи молодиці. Місяць світить на білу постать і на хату.</w:t>
      </w:r>
    </w:p>
    <w:p>
      <w:r>
        <w:br/>
        <w:t>А на краю хутора, од степу, спочивав у сінях своєї хати старий дід. І мариться крізь сон дідові, що в сінях над ним бринить струна. Дідові сон сниться, а струна все бринить та й бринить і його будить. І дід прокинувся.</w:t>
      </w:r>
    </w:p>
    <w:p>
      <w:r>
        <w:br/>
        <w:t>В прочинені двері б’є синім промінням місяць, а по сінях лунає пісня, аж лящить. Вийшов дід із сіней, схилився на тин та й слухає.</w:t>
      </w:r>
    </w:p>
    <w:p>
      <w:r>
        <w:br/>
        <w:t>На хуторі тихо та лунко. Все кругом спить, тільки в яру хтось не хоче коритися снові й крає сонне повітря своїм молодим могутнім голосом.</w:t>
      </w:r>
    </w:p>
    <w:p>
      <w:r>
        <w:br/>
        <w:t>Тужить та в’ється в яру дівочий спів, і не помічає дід, як в’ється він сам услід тому співу: то схилиться, то розігнеться, то візьметься за груди рукою.</w:t>
      </w:r>
    </w:p>
    <w:p>
      <w:r>
        <w:br/>
        <w:t>Чудне щось діється з дідом: йому стало здаватися, немов хтось у жменю взяв його старе серце й став його помаленьку чавити, а дідові стає чогось так жаль-жаль.</w:t>
      </w:r>
    </w:p>
    <w:p>
      <w:r>
        <w:br/>
        <w:t>На моріжку коло тину сидить уже цілий гурток хуторян; біліють сорочки, видніються кудлаті голови, босі ноги, тихим блиском сяють заспані очі.</w:t>
      </w:r>
    </w:p>
    <w:p>
      <w:r>
        <w:br/>
        <w:t>Всі вони здаються при місяці фігурами, вимурованими з білого каменю.</w:t>
      </w:r>
    </w:p>
    <w:p>
      <w:r>
        <w:br/>
        <w:t>Всередині між ними сидить парубок з чорними великими очима й тихо і поважно щось розказує. Білі фігури посхилялися до його, слухають.</w:t>
      </w:r>
    </w:p>
    <w:p>
      <w:r>
        <w:br/>
        <w:t>Його мова одбивається в тихому хуторі буркотанням маленького струмочка. Парубок розказує про чудну дівчину, що недавно привезено сюди з далеких хуторів до хазяїна за наймичку. Вона дика, боязка й чудна. Вінки собі з квіток сплітає, квітчається й так ходить у роботі цілий день. Збирає коло себе дітей та все розказує дивні якісь казки або свої сни. А як стане співати, то зразу своїм голосом душу проймає.</w:t>
      </w:r>
    </w:p>
    <w:p>
      <w:r>
        <w:br/>
        <w:t>До гурту підпливають мовчазні тіні, сідають на моріжок і мовчки слухають.</w:t>
      </w:r>
    </w:p>
    <w:p>
      <w:r>
        <w:br/>
        <w:t>Потім тихо й поважно, не перебиваючи один одного, стали довго вони розмовляти. Стали згадувати давніх своїх співців і всіх незвичайних людей, що колись жили між ними. Часом гарячими хвилями з новою силою долітала з яру пісня, вривалася в груди людей, і вони стихали. Потім, переждавши, говорили далі.</w:t>
      </w:r>
    </w:p>
    <w:p>
      <w:r>
        <w:br/>
        <w:t>Споминали вони якогось чабана Ілька, що своїми піснями приворожив до себе молоду пані. Ох, і що то ж за сила була в тому голосі! Вийде, було, на могилу, гукне пісню — і ввесь степ скрасить нею. Люди, бувало, кидали роботу та виходили слухати Ілька із хутора аж у степ. Щирий і правдивий був чоловік Ілько. Підмовляла молода пані їхати його з собою кудись, та не поволів Ілько життя панові розоряти, а поволів іти кудись у Чорноморію. Та як пішов, як пішов, та й досі чутки нема...</w:t>
      </w:r>
    </w:p>
    <w:p>
      <w:r>
        <w:br/>
        <w:t>В яру залунав новий ниючий і пекучий спів. Дівча співало про себе, що їй горе на світі. Вона сирота, а люди недобрі, і нема до кого їй прихилитися; скаржилася комусь, що не зазнала вона на світі розкошів, що марно проходять літа її по наймах у важкій роботі...</w:t>
      </w:r>
    </w:p>
    <w:p>
      <w:r>
        <w:br/>
        <w:t>А люди на хуторі все слухають і згадують усе інших своїх співців.</w:t>
      </w:r>
    </w:p>
    <w:p>
      <w:r>
        <w:br/>
        <w:t>І були вони, всі ті таланти рідного люду, ті найулюблені діти свого смутного краю, як і цеє вбоге й забите дівча,— люди з найбідніших бідні, з найтемніших темні, були наймитами у чужих людей і пасинками в долі.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хуторі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