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фантастичній хвилі</w:t>
      </w:r>
    </w:p>
    <w:p>
      <w:r>
        <w:br/>
        <w:t xml:space="preserve"> &lt;p&gt;Юрій ЯЧЕЙКІН</w:t>
      </w:r>
    </w:p>
    <w:p>
      <w:r>
        <w:br/>
        <w:t>НА ФАНТАСТИЧНІЙ ХВИЛІ</w:t>
      </w:r>
    </w:p>
    <w:p>
      <w:r>
        <w:br/>
        <w:t>Космонавти лежали нерухомо у незграбних позах, продиктованих невблаганною Смертю.</w:t>
      </w:r>
    </w:p>
    <w:p>
      <w:r>
        <w:br/>
        <w:t>Капітан Аеровіл ще відчайдушно борсався у борні з незкінченним і таємничим Небуттям.</w:t>
      </w:r>
    </w:p>
    <w:p>
      <w:r>
        <w:br/>
        <w:t>Раптом у мозок стрімко ринула зоряна безодня і згасила залишки свідомості.</w:t>
      </w:r>
    </w:p>
    <w:p>
      <w:r>
        <w:br/>
        <w:t>Аеровіл більше не ворушився: Великий Космос має свої незбагненні Таємниці.</w:t>
      </w:r>
    </w:p>
    <w:p>
      <w:r>
        <w:br/>
        <w:t>ЛЕДАР (лічильно-експериментальний довгодіючий автономний робот) спокійно спостерігав за агонією капітана: він не був запрограмований на вияв будь-яких емоцій. ЛЕДАР знав: так і має бути згідно байдужих до людських доль законів Природи.</w:t>
      </w:r>
    </w:p>
    <w:p>
      <w:r>
        <w:br/>
        <w:t>Його холодний електронний мозок зробив логічний висновок:</w:t>
      </w:r>
    </w:p>
    <w:p>
      <w:r>
        <w:br/>
        <w:t>— Космічні актиніди виділили три основні види все-проникаючої радіації: альфа-, бета— та гамма-промені або кванти енергетичних струменів Космічних Течій. Актиніди зруйнували функціональні вектори в біологічній системі органічної конструкції людей.</w:t>
      </w:r>
    </w:p>
    <w:p>
      <w:r>
        <w:br/>
        <w:t>ЛЕДАРеві здалося дивним, що Капітан мовчить.</w:t>
      </w:r>
    </w:p>
    <w:p>
      <w:r>
        <w:br/>
        <w:t>Аеровіл завжди був напрочуд балакучим. Він залюбки сипав добірними формулами, щедро оздоблюючи їх примхливими квітами нездійсненних гіпотез.</w:t>
      </w:r>
    </w:p>
    <w:p>
      <w:r>
        <w:br/>
        <w:t>І ще Капітан полюбляв водити на прогулянку по зовнішній оболонці зорельота "Пошук Істини" песика Гавка, улюбленця Екіпажа. Пес завжди перебував у самодіючому скафандрі, аби кожної миті бути готовим до казкових мандрівок між зоряними свічадами галактичних скрутнів. Гавко й зараз перебував у скафандрі і тихо скавучав, врятований нітрооболонкою від смертоносних для живої органіки променів.</w:t>
      </w:r>
    </w:p>
    <w:p>
      <w:r>
        <w:br/>
        <w:t>Тепер тільки з його допомогою ЛЕДАР міг виконати Програму.</w:t>
      </w:r>
    </w:p>
    <w:p>
      <w:r>
        <w:br/>
        <w:t>— Гавко — друг Людини, — пригадав ЛЕДАР. — Він виконає завдання Програми!</w:t>
      </w:r>
    </w:p>
    <w:p>
      <w:r>
        <w:br/>
        <w:t>Робот замислено блимав кольоровими елементами усієї шкали сонячного спектра, а Гавко тоскно дивився на нього і майже розумно скавучав.</w:t>
      </w:r>
    </w:p>
    <w:p>
      <w:r>
        <w:br/>
        <w:t>— Недолік системи нижчих тварин, — згадував ЛЕДАР, — відсутність комплексу організованої думки. А що таке мислення? Це пульсація у біотоках орбітальних електронів у неймовірно складному нейросплетінні нервових каналій та аномалій. Відтак, я забезпечу Гавку необхідну інтенсивність розумової пульсації!</w:t>
      </w:r>
    </w:p>
    <w:p>
      <w:r>
        <w:br/>
        <w:t>Як невловима мить, минали для читача загублені в обширах Простору тисячоліття невловимого Часу.</w:t>
      </w:r>
    </w:p>
    <w:p>
      <w:r>
        <w:br/>
        <w:t>ЛЕДАР наполегливо впроваджував своє героїчне рішення в життя. Гавко вже добре розумівся на приладах астронавігації, керуючись непомильними умовними рефлексами, прищепленими йому дбайливим роботом. Але впертий пес ніяк не бажав розмовляти по-людськи. Але розумів мову! Це ж по очах було видно. За тисячі років навіть ЛЕДАРю набридло одноманітне:</w:t>
      </w:r>
    </w:p>
    <w:p>
      <w:r>
        <w:br/>
        <w:t>— Гав-гав!</w:t>
      </w:r>
    </w:p>
    <w:p>
      <w:r>
        <w:br/>
        <w:t>Зореліт "Пошук Істини", впевнено долаючи тиражні парсеки, наближався до заповітної мети — Великого Гонорару.</w:t>
      </w:r>
    </w:p>
    <w:p>
      <w:r>
        <w:br/>
        <w:t>ПРИМІТКА АВТОРА ДО НЕЗРОЗУМІЛИХ СЛІВ:</w:t>
      </w:r>
    </w:p>
    <w:p>
      <w:r>
        <w:br/>
        <w:t>ГАВКО — гіпотетичний нащадок легендарних собак (Лайки, Бєлки або Стрєлки).</w:t>
      </w:r>
    </w:p>
    <w:p>
      <w:r>
        <w:br/>
        <w:t>КАЗКА — науково-фантастичний твір древності.</w:t>
      </w:r>
    </w:p>
    <w:p>
      <w:r>
        <w:br/>
        <w:t>МОЗОК — біологічний дублікат електронно-лічильної машинки з уповільненою швидкістю дії.</w:t>
      </w:r>
    </w:p>
    <w:p>
      <w:r>
        <w:br/>
        <w:t>ТИРАЖНИЙ ПАРСЕК — обсяг, з якого гонорар видно під кутом у сто тисяч примірників.</w:t>
      </w:r>
    </w:p>
    <w:p>
      <w:r>
        <w:br/>
        <w:t>© ЯЧЕЙКІН Ю. Д. Рандеву зі смертю: Гумор, сатира. — Молодь, 1990. — 240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фантастичній хвилі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