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Музичний дятел</w:t>
      </w:r>
    </w:p>
    <w:p>
      <w:r>
        <w:br/>
        <w:t xml:space="preserve"> &lt;p&gt;Взимку коло хати на високій металевій трубі приладнали телевізійну антену особливої конструкції. Ця споруда дуже полюбилася птахам-воронам і горобцям. А коли додому повернулися з теплих країв шпаки, то кожного дня висвистували на ній.</w:t>
      </w:r>
    </w:p>
    <w:p>
      <w:r>
        <w:br/>
        <w:t>Одного разу, йдучи на роботу, почув на подвір’ї голосний передзвін, що нагадував вибивання дробу на барабані чи спозарання клепання кимось коси: др-р-р-р-р, др-р-р-р-р.</w:t>
      </w:r>
    </w:p>
    <w:p>
      <w:r>
        <w:br/>
        <w:t>Оглянувся — не видно нікого. І тільки взявся за клямку хвіртки, аж знову: др-р-р-р-р, др-р-р-р-р, др-р-р-р-р.</w:t>
      </w:r>
    </w:p>
    <w:p>
      <w:r>
        <w:br/>
        <w:t>Те голосне видзвонювання супроводжувало мене провулком, поки не загубилося у шумі автомашин, що бігли центральною вулицею.</w:t>
      </w:r>
    </w:p>
    <w:p>
      <w:r>
        <w:br/>
        <w:t>З того часу уважно дослухався до співу птахів, до загадкового передзвону, який повторювався по кілька разів на тиждень.</w:t>
      </w:r>
    </w:p>
    <w:p>
      <w:r>
        <w:br/>
        <w:t>Вже цвіли яблуні, як, нарешті, довідався, звідки линуть оті дивні звуки.</w:t>
      </w:r>
    </w:p>
    <w:p>
      <w:r>
        <w:br/>
        <w:t>Був вихідний день. Я лагодив городній реманент, як нагло десь поблизу: др-р-р-р-р, др-р-р-р-р, др-р-р-р-р! Покинув роботу, озирнувся — нікого. Тільки стукнув кілька разів молотком по цвяху, щоб закріпити ручку на лопаті, аж десь зверху: др-р-р-р-р, др-р-р-р-р, др-р-р-р-р! Я очима на антену — і все зрозумів: то видзвонював дятел. Так, так, наш звичайний дятел! Він сидів у центрі антени і раз у раз дрібно молотив дзьобом по металу. А навкруг лунало мелодійне: др-р-р-р-р, др-р-р-р-р, др-р-р-р-р!</w:t>
      </w:r>
    </w:p>
    <w:p>
      <w:r>
        <w:br/>
        <w:t>Цілу весну грав на телевізійній антені музикальний дятел.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Музичний дятел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