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Мулярове щастя</w:t>
      </w:r>
    </w:p>
    <w:p>
      <w:r>
        <w:br/>
        <w:t xml:space="preserve"> &lt;p&gt;У давню давнину поселився в монастирі багатий чоловік. Кинув свої маєтки і сподівався тут на самоті знайти щастя. Чарівна тиша навкруги, золоті бані лаврських дзвіниць, неозорі краєвиди Задніпров'я — все навівало спокій і роздуми. Величезна бібліотека, повна мудрих книг, жодних турбот — чого ще треба? Та не було ані щастя, ані супокою. Бо не міг осягнути він — для чого люди живуть, в чому їхнє щастя.</w:t>
      </w:r>
    </w:p>
    <w:p>
      <w:r>
        <w:br/>
        <w:t>Минули роки, і самітник ставав тільки сумнішим та невдоволенішим.</w:t>
      </w:r>
    </w:p>
    <w:p>
      <w:r>
        <w:br/>
        <w:t>Одного пізнього вечора він блукав дніпровськими схилами і раптом почув пісеньку. Аж закляк од подиву. Біля мовчазної келії, де ніхто не мав права говорити голосно, хтось насмілився співати. Та ще так безжурно й весело.</w:t>
      </w:r>
    </w:p>
    <w:p>
      <w:r>
        <w:br/>
        <w:t>"Тільки щаслива і задоволена життям людина може так безтурботно співати",— подумав &lt;він. Пішов на голос і потрапив до кухні. Там побачив звичайного муляра, який, працюючи, наспівував. Обличчя в* нього було радісне, а руки спритно порали роботу.</w:t>
      </w:r>
    </w:p>
    <w:p>
      <w:r>
        <w:br/>
        <w:t>— Слухай, чоловіче,— звернувся він до нього,— невже ти щасливий?</w:t>
      </w:r>
    </w:p>
    <w:p>
      <w:r>
        <w:br/>
        <w:t>— Щасливий? — щиро всміхнувся Муляр.— А я не знаю, що це таке.</w:t>
      </w:r>
    </w:p>
    <w:p>
      <w:r>
        <w:br/>
        <w:t>— Ну, це коли все маєш, задоволений і нічого не бажаєш,— розтлумачив йому самітник.</w:t>
      </w:r>
    </w:p>
    <w:p>
      <w:r>
        <w:br/>
        <w:t>Спохмурніло обличчя Муляра, згадав він своїх голодних і босих дітей, похилену халупу.</w:t>
      </w:r>
    </w:p>
    <w:p>
      <w:r>
        <w:br/>
        <w:t>— Ні, не все я маю,— відповів він.</w:t>
      </w:r>
    </w:p>
    <w:p>
      <w:r>
        <w:br/>
        <w:t>— А я маю все,— промовив багатий.— Тільки я теж нещасний.</w:t>
      </w:r>
    </w:p>
    <w:p>
      <w:r>
        <w:br/>
        <w:t>Муляр йшов додому і невеселі думки не давали спокою, бентежили його. Невже, якби оце мати все, то й тоді був би незадоволений життям?</w:t>
      </w:r>
    </w:p>
    <w:p>
      <w:r>
        <w:br/>
        <w:t>Вдомз дружина запитала його, чому такий сумний.</w:t>
      </w:r>
    </w:p>
    <w:p>
      <w:r>
        <w:br/>
        <w:t>— Ти б хотіла бути багатою?</w:t>
      </w:r>
    </w:p>
    <w:p>
      <w:r>
        <w:br/>
        <w:t>— Атож! — захоплено відказала вона.— Наші діти були б нагодовані, гарно зодягнені.</w:t>
      </w:r>
    </w:p>
    <w:p>
      <w:r>
        <w:br/>
        <w:t>— І ти була б щаслива?</w:t>
      </w:r>
    </w:p>
    <w:p>
      <w:r>
        <w:br/>
        <w:t>— Ще б так!</w:t>
      </w:r>
    </w:p>
    <w:p>
      <w:r>
        <w:br/>
        <w:t>— А я сьогодні зустрів одну людину, котра має все, та не почувається щасливою.</w:t>
      </w:r>
    </w:p>
    <w:p>
      <w:r>
        <w:br/>
        <w:t>Жінка помовчала. Потім зітхнула.</w:t>
      </w:r>
    </w:p>
    <w:p>
      <w:r>
        <w:br/>
        <w:t>— Зрозуміти ту людину я змогла б, коли б І сама все мала.</w:t>
      </w:r>
    </w:p>
    <w:p>
      <w:r>
        <w:br/>
        <w:t>Чоловік на згоду поклав свою спрацьовану руку на плече дружині. Але вона зрозуміла, що не переконують чоловіка її докази. Що тепер завжди бентежитиме його сумнів. В чому ж то щастя людини?</w:t>
      </w:r>
    </w:p>
    <w:p>
      <w:r>
        <w:br/>
        <w:t>— Я можу дати тобі одну пораду, — мовила, — Кажуть, ніби на дні Цимбалового Яру живе Мудра Змія. Може, вона допоможе тобі, може, що порадить.</w:t>
      </w:r>
    </w:p>
    <w:p>
      <w:r>
        <w:br/>
        <w:t>Пішов Муляр, став над яром і гукнув:</w:t>
      </w:r>
    </w:p>
    <w:p>
      <w:r>
        <w:br/>
        <w:t>— Велика і Мудра Змія! Людина прийшла до тебе порадитись/ Може, ти знаєш, в чому людське щастя? І якщо ти відкриєш мені істину, я понесу її людям... Я хочу, щоб вони були щасливі!</w:t>
      </w:r>
    </w:p>
    <w:p>
      <w:r>
        <w:br/>
        <w:t>Тихо і мертво було навкруг. Здавалося, навіть повітря припинило свой вічний рух. І побачив Муляр довжелезну шию зеленої Змії в блискучих срібних смугах. Вона була страшна і байдужа, наче смерть. Придивившись, угледів Муляр білі, мов сніг у мо-роіїїу піч, очі Змії.</w:t>
      </w:r>
    </w:p>
    <w:p>
      <w:r>
        <w:br/>
        <w:t>— Цур тобі, нечиста сило! — майнуло в голові.— Які ж від тебе оала. коли ти сліпа."</w:t>
      </w:r>
    </w:p>
    <w:p>
      <w:r>
        <w:br/>
        <w:t>— Чоловіче, — тихим шепотом почувся голос Змії.— Ти просиш поради, а сам без поваги мислиш про мене.</w:t>
      </w:r>
    </w:p>
    <w:p>
      <w:r>
        <w:br/>
        <w:t>Соромно стало Мул ярові, і він розповів їй про своє нещастя і бажання взнати всю правду, як зробити людей щасливими.</w:t>
      </w:r>
    </w:p>
    <w:p>
      <w:r>
        <w:br/>
        <w:t>Довго не відповідала йому Змія.</w:t>
      </w:r>
    </w:p>
    <w:p>
      <w:r>
        <w:br/>
        <w:t>— Я знаю цю правду. Я розповім тобі, в чом^ людське щастя. Тільки за однієї умови. Ти повинен віддати мені свою мову.</w:t>
      </w:r>
    </w:p>
    <w:p>
      <w:r>
        <w:br/>
        <w:t>"Навіщо мені тая правда, коли не зможу передати її людям?" — подумав Муляр.</w:t>
      </w:r>
    </w:p>
    <w:p>
      <w:r>
        <w:br/>
        <w:t>— Коли ти щирий, знайдеш вихід,— байдуже промовила Мудра Змія.— Та тільки й мені невигода дарма віддавати те, що інші все життя шукають.</w:t>
      </w:r>
    </w:p>
    <w:p>
      <w:r>
        <w:br/>
        <w:t>І Муляр погодився.</w:t>
      </w:r>
    </w:p>
    <w:p>
      <w:r>
        <w:br/>
        <w:t>Гірко плакала Мулярова дружина. Злидні обсіли, нужда. Ще й чоловік повернувся німий. А Муляр мовчки став до праці.</w:t>
      </w:r>
    </w:p>
    <w:p>
      <w:r>
        <w:br/>
        <w:t>Минали роки. І дивне щось діялося з Муляром. Ніколи двічі підряд він не викладав подібних печей. Кожна наступна відрізнялася від попередньої, була кращою. І Муляр радів кожній своїй новій роботі. Звідусіль приходили до Муляра молоді хлопці, щоб навчитися майстерності.</w:t>
      </w:r>
    </w:p>
    <w:p>
      <w:r>
        <w:br/>
        <w:t>Одного разу випадок звів Муляра з самітником. Коли багатий взнав, що йому ставить нову піч той самий Муляр, він прийшов до нього, щоб ще раз упевнитись, що немає щастя ні в бідних, ні в багатих, ні в тих, хто працює, ні в того, хто живе чужою працею.</w:t>
      </w:r>
    </w:p>
    <w:p>
      <w:r>
        <w:br/>
        <w:t>Він не почув Мулярові пісні і задоволено всміхнувся,</w:t>
      </w:r>
    </w:p>
    <w:p>
      <w:r>
        <w:br/>
        <w:t>Ач, вже тобі не до співу.</w:t>
      </w:r>
    </w:p>
    <w:p>
      <w:r>
        <w:br/>
        <w:t>Але коли Муляр обернувся, вираз його обличчя вразив багатія.</w:t>
      </w:r>
    </w:p>
    <w:p>
      <w:r>
        <w:br/>
        <w:t>— Що з тобою? Ти мовчиш, а в очах радість і вдоволення?</w:t>
      </w:r>
    </w:p>
    <w:p>
      <w:r>
        <w:br/>
        <w:t>Кивнув йому головою Муляр і показав на піч.</w:t>
      </w:r>
    </w:p>
    <w:p>
      <w:r>
        <w:br/>
        <w:t>Викладена різнокольоровими кахлями, вона аж очі вбирала. Коли її затопили, наче співала і випромінювала тепло і затишок.</w:t>
      </w:r>
    </w:p>
    <w:p>
      <w:r>
        <w:br/>
        <w:t>— Може, ти4 щасливий і задоволений, що змурував таку піч?</w:t>
      </w:r>
    </w:p>
    <w:p>
      <w:r>
        <w:br/>
        <w:t>Муляр радісно погодився.</w:t>
      </w:r>
    </w:p>
    <w:p>
      <w:r>
        <w:br/>
        <w:t>— То, може, ти пізнав істину людського буття? Яка ж вона?</w:t>
      </w:r>
    </w:p>
    <w:p>
      <w:r>
        <w:br/>
        <w:t>І тоді повів Муляр багатія по селах і містах, показав витвори рук своїх — спочатку звичайні, а потім все кращі, все своєрідніші, неповторні. І ще — роботу учнів своїх, котрі вже перевершили свого вчителя.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Мулярове щастя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