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Муха-Цокотуха</w:t>
      </w:r>
    </w:p>
    <w:p>
      <w:r>
        <w:br/>
        <w:t xml:space="preserve"> Корній Чуковський&lt;br /&gt;</w:t>
        <w:br/>
        <w:t>Муха-Цокотуха</w:t>
      </w:r>
    </w:p>
    <w:p>
      <w:r>
        <w:br/>
        <w:t>Перекладач: М.Пригара&lt;br /&gt;</w:t>
        <w:br/>
        <w:t>Джерело: З книги:</w:t>
      </w:r>
    </w:p>
    <w:p>
      <w:r>
        <w:br/>
        <w:t>Муха, Муха-Цокотуха,&lt;br /&gt;</w:t>
        <w:br/>
        <w:t>Золотава чепуруха!</w:t>
      </w:r>
    </w:p>
    <w:p>
      <w:r>
        <w:br/>
        <w:t>Муха стежкою пішла,&lt;br /&gt;</w:t>
        <w:br/>
        <w:t>Муха грошики знайшла.</w:t>
      </w:r>
    </w:p>
    <w:p>
      <w:r>
        <w:br/>
        <w:t>Пішла Муха на базар&lt;br /&gt;</w:t>
        <w:br/>
        <w:t>I купила самовар:&lt;br /&gt;</w:t>
        <w:br/>
        <w:t>— Гей, тарганчики, приходьте,&lt;br /&gt;</w:t>
        <w:br/>
        <w:t>Я вас чаєм пригощу!</w:t>
      </w:r>
    </w:p>
    <w:p>
      <w:r>
        <w:br/>
        <w:t>Таргани поприбігали,&lt;br /&gt;</w:t>
        <w:br/>
        <w:t>Всі склянки повипивали,&lt;br /&gt;</w:t>
        <w:br/>
        <w:t>А комашки —&lt;br /&gt;</w:t>
        <w:br/>
        <w:t>По три чашки&lt;br /&gt;</w:t>
        <w:br/>
        <w:t>З молоком&lt;br /&gt;</w:t>
        <w:br/>
        <w:t>I пиріжком:&lt;br /&gt;</w:t>
        <w:br/>
        <w:t>Нині Муха-Цокотуха&lt;br /&gt;</w:t>
        <w:br/>
        <w:t>Іменинниця!</w:t>
      </w:r>
    </w:p>
    <w:p>
      <w:r>
        <w:br/>
        <w:t>Прибігали і блощички,&lt;br /&gt;</w:t>
        <w:br/>
        <w:t>Дарували черевички,&lt;br /&gt;</w:t>
        <w:br/>
        <w:t>Не звичайні — з передками&lt;br /&gt;</w:t>
        <w:br/>
        <w:t>З золотими підківками.</w:t>
      </w:r>
    </w:p>
    <w:p>
      <w:r>
        <w:br/>
        <w:t>Прилетіла з поля&lt;br /&gt;</w:t>
        <w:br/>
        <w:t>Тітонька бджола,&lt;br /&gt;</w:t>
        <w:br/>
        <w:t>Мусі-Цокотусі&lt;br /&gt;</w:t>
        <w:br/>
        <w:t>Меду принесла...</w:t>
      </w:r>
    </w:p>
    <w:p>
      <w:r>
        <w:br/>
        <w:t>— Чом ви, бабки гарні,&lt;br /&gt;</w:t>
        <w:br/>
        <w:t>Не їсте малини?&lt;br /&gt;</w:t>
        <w:br/>
        <w:t>Може, незугарні&lt;br /&gt;</w:t>
        <w:br/>
        <w:t>В мене іменини?</w:t>
      </w:r>
    </w:p>
    <w:p>
      <w:r>
        <w:br/>
        <w:t>Раптом тут якийсь дідок&lt;br /&gt;</w:t>
        <w:br/>
        <w:t>Павучок&lt;br /&gt;</w:t>
        <w:br/>
        <w:t>Тягне Муху у куток&lt;br /&gt;</w:t>
        <w:br/>
        <w:t>На гачок, —&lt;br /&gt;</w:t>
        <w:br/>
        <w:t>Бідолашну хоче вбить,&lt;br /&gt;</w:t>
        <w:br/>
        <w:t>Цокотуху погубить!</w:t>
      </w:r>
    </w:p>
    <w:p>
      <w:r>
        <w:br/>
        <w:t>— Ой, кохані гості, визволяйте!&lt;br /&gt;</w:t>
        <w:br/>
        <w:t>Павука лихого зарубайте!&lt;br /&gt;</w:t>
        <w:br/>
        <w:t>Частувала я вас,&lt;br /&gt;</w:t>
        <w:br/>
        <w:t>Напувала я вас,&lt;br /&gt;</w:t>
        <w:br/>
        <w:t>Тож не киньте мене&lt;br /&gt;</w:t>
        <w:br/>
        <w:t>В мій останній час!</w:t>
      </w:r>
    </w:p>
    <w:p>
      <w:r>
        <w:br/>
        <w:t>Та жуки-хробаки&lt;br /&gt;</w:t>
        <w:br/>
        <w:t>Налякалися,&lt;br /&gt;</w:t>
        <w:br/>
        <w:t>По шпарках, по кутках&lt;br /&gt;</w:t>
        <w:br/>
        <w:t>Поховалися:&lt;br /&gt;</w:t>
        <w:br/>
        <w:t>Тарганці —&lt;br /&gt;</w:t>
        <w:br/>
        <w:t>Під стільці,&lt;br /&gt;</w:t>
        <w:br/>
        <w:t>Жовте сонечко —&lt;br /&gt;</w:t>
        <w:br/>
        <w:t>Під віконечко,&lt;br /&gt;</w:t>
        <w:br/>
        <w:t>А мурашки — з хати геть,&lt;br /&gt;</w:t>
        <w:br/>
        <w:t>Не схотіли йти на смерть!</w:t>
      </w:r>
    </w:p>
    <w:p>
      <w:r>
        <w:br/>
        <w:t>I ніхто на злодюгу&lt;br /&gt;</w:t>
        <w:br/>
        <w:t>Не кинеться:&lt;br /&gt;</w:t>
        <w:br/>
        <w:t>Помирай-пропадай,&lt;br /&gt;</w:t>
        <w:br/>
        <w:t>Імениннице!&lt;br /&gt;</w:t>
        <w:br/>
        <w:t>Ну, а коник-стрибунець,&lt;br /&gt;</w:t>
        <w:br/>
        <w:t>Наче справжній молодець,&lt;br /&gt;</w:t>
        <w:br/>
        <w:t>Скік, скік, скік, скік!&lt;br /&gt;</w:t>
        <w:br/>
        <w:t>I утік&lt;br /&gt;</w:t>
        <w:br/>
        <w:t>Аж на тік —&lt;br /&gt;</w:t>
        <w:br/>
        <w:t>Нічичирк!</w:t>
      </w:r>
    </w:p>
    <w:p>
      <w:r>
        <w:br/>
        <w:t>А павук підступає,&lt;br /&gt;</w:t>
        <w:br/>
        <w:t>Гострі зуби у зв'язану Муху встромляє,&lt;br /&gt;</w:t>
        <w:br/>
        <w:t>Крутить їй павутиною немічні крила,&lt;br /&gt;</w:t>
        <w:br/>
        <w:t>I висмоктує кров із тіла.&lt;br /&gt;</w:t>
        <w:br/>
        <w:t>Муха криком кричить,&lt;br /&gt;</w:t>
        <w:br/>
        <w:t>Надривається,&lt;br /&gt;</w:t>
        <w:br/>
        <w:t>А злодюга мовчить,&lt;br /&gt;</w:t>
        <w:br/>
        <w:t>Посміхається.</w:t>
      </w:r>
    </w:p>
    <w:p>
      <w:r>
        <w:br/>
        <w:t>Раптом лине ізгори&lt;br /&gt;</w:t>
        <w:br/>
        <w:t>Крихітний Комарик,&lt;br /&gt;</w:t>
        <w:br/>
        <w:t>I в руці його горить&lt;br /&gt;</w:t>
        <w:br/>
        <w:t>Крихітний ліхтарик.&lt;br /&gt;</w:t>
        <w:br/>
        <w:t>— Де катюга? Де павук?&lt;br /&gt;</w:t>
        <w:br/>
        <w:t>Не боюсь павучих рук!&lt;br /&gt;</w:t>
        <w:br/>
        <w:t>Шаблю вихопив легку,&lt;br /&gt;</w:t>
        <w:br/>
        <w:t>Швидко підлітає&lt;br /&gt;</w:t>
        <w:br/>
        <w:t>I злодюзі-павуку&lt;br /&gt;</w:t>
        <w:br/>
        <w:t>Голову стинає!</w:t>
      </w:r>
    </w:p>
    <w:p>
      <w:r>
        <w:br/>
        <w:t>Потім Муху обійняв,&lt;br /&gt;</w:t>
        <w:br/>
        <w:t>Край віконця з нею став:&lt;br /&gt;</w:t>
        <w:br/>
        <w:t>— Я злодюгу зарубав,&lt;br /&gt;</w:t>
        <w:br/>
        <w:t>Я тобі свободу дав,&lt;br /&gt;</w:t>
        <w:br/>
        <w:t>Тож дозволь мені, герою,&lt;br /&gt;</w:t>
        <w:br/>
        <w:t>Одружитися з тобою!&lt;br /&gt;</w:t>
        <w:br/>
        <w:t>Тут мурашки із хрущами&lt;br /&gt;</w:t>
        <w:br/>
        <w:t>Закричали під кущами:&lt;br /&gt;</w:t>
        <w:br/>
        <w:t>— Слава, слава Комарові —&lt;br /&gt;</w:t>
        <w:br/>
        <w:t>Переможцеві!</w:t>
      </w:r>
    </w:p>
    <w:p>
      <w:r>
        <w:br/>
        <w:t>Прилетіли світлячки,&lt;br /&gt;</w:t>
        <w:br/>
        <w:t>Засвітили їм свічки —&lt;br /&gt;</w:t>
        <w:br/>
        <w:t>От зробилось весело,&lt;br /&gt;</w:t>
        <w:br/>
        <w:t>Стало гарно як!</w:t>
      </w:r>
    </w:p>
    <w:p>
      <w:r>
        <w:br/>
        <w:t>Гей, жуки рогаті,&lt;br /&gt;</w:t>
        <w:br/>
        <w:t>Цвіркуни вусаті!&lt;br /&gt;</w:t>
        <w:br/>
        <w:t>Кличте музикантів,&lt;br /&gt;</w:t>
        <w:br/>
        <w:t>Підемо в танець!</w:t>
      </w:r>
    </w:p>
    <w:p>
      <w:r>
        <w:br/>
        <w:t>Музиканти прилетіли,&lt;br /&gt;</w:t>
        <w:br/>
        <w:t>В барабани загриміли —&lt;br /&gt;</w:t>
        <w:br/>
        <w:t>Бом! бом! бом! бом!&lt;br /&gt;</w:t>
        <w:br/>
        <w:t>Скаче Муха з Комаром.</w:t>
      </w:r>
    </w:p>
    <w:p>
      <w:r>
        <w:br/>
        <w:t>А за ними Клоп, Клоп&lt;br /&gt;</w:t>
        <w:br/>
        <w:t>Навприсядки — гоп, гоп!&lt;br /&gt;</w:t>
        <w:br/>
        <w:t>Таргани із хробачками,&lt;br /&gt;</w:t>
        <w:br/>
        <w:t>Попелиці із вовчками.&lt;br /&gt;</w:t>
        <w:br/>
        <w:t>А жуки цибаті,&lt;br /&gt;</w:t>
        <w:br/>
        <w:t>Вояки вусаті,&lt;br /&gt;</w:t>
        <w:br/>
        <w:t>Шапки підкидають,&lt;br /&gt;</w:t>
        <w:br/>
        <w:t>З кузьками стрибають.</w:t>
      </w:r>
    </w:p>
    <w:p>
      <w:r>
        <w:br/>
        <w:t>От знялася метушня,&lt;br /&gt;</w:t>
        <w:br/>
        <w:t>Застрибала комашня.</w:t>
      </w:r>
    </w:p>
    <w:p>
      <w:r>
        <w:br/>
        <w:t>Вся галява гуде,&lt;br /&gt;</w:t>
        <w:br/>
        <w:t>Муха заміж іде.&lt;br /&gt;</w:t>
        <w:br/>
        <w:t>За хороброго, меткого&lt;br /&gt;</w:t>
        <w:br/>
        <w:t>Молодого Комара!</w:t>
      </w:r>
    </w:p>
    <w:p>
      <w:r>
        <w:br/>
        <w:t>А Мурашка швидка&lt;br /&gt;</w:t>
        <w:br/>
        <w:t>Витина гопака, —&lt;br /&gt;</w:t>
        <w:br/>
        <w:t>Закаблуками постукує,&lt;br /&gt;</w:t>
        <w:br/>
        <w:t>На комашечок погукує:&lt;br /&gt;</w:t>
        <w:br/>
        <w:t>— Цвіркунці мої,&lt;br /&gt;</w:t>
        <w:br/>
        <w:t>Молодці мої,&lt;br /&gt;</w:t>
        <w:br/>
        <w:t>Тара-тара-тара-тара-тарганці мої!</w:t>
      </w:r>
    </w:p>
    <w:p>
      <w:r>
        <w:br/>
        <w:t>Закаблуки стукотять,&lt;br /&gt;</w:t>
        <w:br/>
        <w:t>Підошовочки риплять, —&lt;br /&gt;</w:t>
        <w:br/>
        <w:t>Веселися, комашня,&lt;br /&gt;</w:t>
        <w:br/>
        <w:t>До самісінького дня!&lt;br /&gt;</w:t>
        <w:br/>
        <w:t>Нині Муха-Цокотуха&lt;br /&gt;</w:t>
        <w:br/>
        <w:t>Іменинниця!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Муха-Цокотуха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