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Можливо, я просто не вмію передати все це…</w:t>
      </w:r>
    </w:p>
    <w:p>
      <w:r>
        <w:br/>
        <w:t xml:space="preserve"> Сергій Жадан – Можливо, я просто не вмію передати все це…</w:t>
      </w:r>
    </w:p>
    <w:p>
      <w:r>
        <w:br/>
        <w:t>Можливо, я просто не вмію передати все це словами.&lt;br /&gt;</w:t>
        <w:br/>
        <w:t>Навіть не знаю, що це – образа чи радість.&lt;br /&gt;</w:t>
        <w:br/>
        <w:t>Я б хотів, озираючись, бачити ніч зі спалахами та дивами.&lt;br /&gt;</w:t>
        <w:br/>
        <w:t>Але див не буває, тому я просто не озираюсь.</w:t>
      </w:r>
    </w:p>
    <w:p>
      <w:r>
        <w:br/>
        <w:t>Просто потрібно бути терплячими і міцними.&lt;br /&gt;</w:t>
        <w:br/>
        <w:t>Все закінчилося. Ми лишилися в більшості.&lt;br /&gt;</w:t>
        <w:br/>
        <w:t>Просто цей світ не може в собі вмістити&lt;br /&gt;</w:t>
        <w:br/>
        <w:t>такої кількості болю й такої кількості ніжності.</w:t>
      </w:r>
    </w:p>
    <w:p>
      <w:r>
        <w:br/>
        <w:t>Виснажені надвечір’я, розламані ранки,&lt;br /&gt;</w:t>
        <w:br/>
        <w:t>приголосні твого шепоту, настояні на алкоголі.&lt;br /&gt;</w:t>
        <w:br/>
        <w:t>Умілий лікар вилікує будь-які рани.&lt;br /&gt;</w:t>
        <w:br/>
        <w:t>Час, який у нас є, зцілить будь-які болі.</w:t>
      </w:r>
    </w:p>
    <w:p>
      <w:r>
        <w:br/>
        <w:t>Скільки б могло по всьому лишитись повітря нічного,&lt;br /&gt;</w:t>
        <w:br/>
        <w:t>скільки тепла в траві й голосів на березі.&lt;br /&gt;</w:t>
        <w:br/>
        <w:t>Але чорта з два – я не виніс з собою нічого:&lt;br /&gt;</w:t>
        <w:br/>
        <w:t>все залишилося там, в безкінечному вересні.</w:t>
      </w:r>
    </w:p>
    <w:p>
      <w:r>
        <w:br/>
        <w:t>Збираю розкидані речі, вертаю позичені суми.&lt;br /&gt;</w:t>
        <w:br/>
        <w:t>З ким хотів – погодився, з ким устиг – попрощався.&lt;br /&gt;</w:t>
        <w:br/>
        <w:t>Порожні легені, як порожні трюми –&lt;br /&gt;</w:t>
        <w:br/>
        <w:t>стільки місця для радості, стільки місця для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Можливо, я просто не вмію передати все це…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