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Моїм найближчим</w:t>
      </w:r>
    </w:p>
    <w:p>
      <w:r>
        <w:br/>
        <w:t xml:space="preserve"> I&lt;br /&gt;</w:t>
        <w:br/>
        <w:t>Піду від вас — піду світами,&lt;br /&gt;</w:t>
        <w:br/>
        <w:t>Здвигну собі терем спокою,&lt;br /&gt;</w:t>
        <w:br/>
        <w:t>Сповнюся чорними думками&lt;br /&gt;</w:t>
        <w:br/>
        <w:t>І стану жити сам собою.&lt;br /&gt;</w:t>
        <w:br/>
        <w:t>Піду від вас — возьму з собою&lt;br /&gt;</w:t>
        <w:br/>
        <w:t>Гіркий доробок: рани й муки,&lt;br /&gt;</w:t>
        <w:br/>
        <w:t>Зачиню двері за собою&lt;br /&gt;</w:t>
        <w:br/>
        <w:t>І в струях сліз обмию руки.&lt;br /&gt;</w:t>
        <w:br/>
        <w:t>Піду — охлялу душу зложу&lt;br /&gt;</w:t>
        <w:br/>
        <w:t>В колисці вічної задуми&lt;br /&gt;</w:t>
        <w:br/>
        <w:t>І на бліді уста положу&lt;br /&gt;</w:t>
        <w:br/>
        <w:t>Печать несплаканої думи.&lt;br /&gt;</w:t>
        <w:br/>
        <w:t>Як кипарис на тихім гробі,&lt;br /&gt;</w:t>
        <w:br/>
        <w:t>Засну в незмірнім смутку й болю,&lt;br /&gt;</w:t>
        <w:br/>
        <w:t>Закаменію у жалобі&lt;br /&gt;</w:t>
        <w:br/>
        <w:t>І дам пекучим сльозам волю.&lt;br /&gt;</w:t>
        <w:br/>
        <w:t>І хоч не раз в душі проснеться&lt;br /&gt;</w:t>
        <w:br/>
        <w:t>Пекуча туга й жаль за світом,&lt;br /&gt;</w:t>
        <w:br/>
        <w:t>То серце вже не відозветься&lt;br /&gt;</w:t>
        <w:br/>
        <w:t>Приятельським до вас привітом.</w:t>
      </w:r>
    </w:p>
    <w:p>
      <w:r>
        <w:br/>
        <w:t>II&lt;br /&gt;</w:t>
        <w:br/>
        <w:t>Відійду з-поміж вас, як мрія,&lt;br /&gt;</w:t>
        <w:br/>
        <w:t>Що не присниться вже ніколи,&lt;br /&gt;</w:t>
        <w:br/>
        <w:t>І ви потужите за мною&lt;br /&gt;</w:t>
        <w:br/>
        <w:t>Та й призабудете поволи.&lt;br /&gt;</w:t>
        <w:br/>
        <w:t>Великим смутком не покриє&lt;br /&gt;</w:t>
        <w:br/>
        <w:t>Мій відхід ваших серць — я знаю,&lt;br /&gt;</w:t>
        <w:br/>
        <w:t>Моє життя перекотилось,&lt;br /&gt;</w:t>
        <w:br/>
        <w:t>Як води тихого ручаю.&lt;br /&gt;</w:t>
        <w:br/>
        <w:t>Я був пригаслою звіздою,&lt;br /&gt;</w:t>
        <w:br/>
        <w:t>Шо хоч ясніла — та не гріла,&lt;br /&gt;</w:t>
        <w:br/>
        <w:t>Носив в душі ангельські співи,&lt;br /&gt;</w:t>
        <w:br/>
        <w:t>Яких вона співать не вміла.&lt;br /&gt;</w:t>
        <w:br/>
        <w:t>Я жив між вами — та не з вами:&lt;br /&gt;</w:t>
        <w:br/>
        <w:t>Якась безодня нас ділила,&lt;br /&gt;</w:t>
        <w:br/>
        <w:t>А хоч терпів від вас наругу,&lt;br /&gt;</w:t>
        <w:br/>
        <w:t>То все душа до вас тужила.&lt;br /&gt;</w:t>
        <w:br/>
        <w:t>Горів в мені огонь любові,&lt;br /&gt;</w:t>
        <w:br/>
        <w:t>Та він не міг загріть нікого.&lt;br /&gt;</w:t>
        <w:br/>
        <w:t>Працюйте, браття, не кидайте&lt;br /&gt;</w:t>
        <w:br/>
        <w:t>Услід за мною слова злого.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Моїм найближчим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