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Морський образок</w:t>
      </w:r>
    </w:p>
    <w:p>
      <w:r>
        <w:br/>
        <w:t xml:space="preserve"> На суворе море,&lt;br /&gt;</w:t>
        <w:br/>
        <w:t>Що всю ніч шумить,&lt;br /&gt;</w:t>
        <w:br/>
        <w:t>Місяць ледь струмить&lt;br /&gt;</w:t>
        <w:br/>
        <w:t>Сяйво, ніби хворе;</w:t>
      </w:r>
    </w:p>
    <w:p>
      <w:r>
        <w:br/>
        <w:t>В темних небесах&lt;br /&gt;</w:t>
        <w:br/>
        <w:t>Хмариво безкрає&lt;br /&gt;</w:t>
        <w:br/>
        <w:t>Раз за разом крає&lt;br /&gt;</w:t>
        <w:br/>
        <w:t>Блискавки зигзаг;</w:t>
      </w:r>
    </w:p>
    <w:p>
      <w:r>
        <w:br/>
        <w:t>На скелястий берег&lt;br /&gt;</w:t>
        <w:br/>
        <w:t>Сунуть орди хвиль,&lt;br /&gt;</w:t>
        <w:br/>
        <w:t>Їх тривожний квиль&lt;br /&gt;</w:t>
        <w:br/>
        <w:t>Губиться у шхерах,-</w:t>
      </w:r>
    </w:p>
    <w:p>
      <w:r>
        <w:br/>
        <w:t>А над цим страшним&lt;br /&gt;</w:t>
        <w:br/>
        <w:t>Ураганним виром&lt;br /&gt;</w:t>
        <w:br/>
        <w:t>Роз'ярілим звіром&lt;br /&gt;</w:t>
        <w:br/>
        <w:t>Громихає грім.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Морський образок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