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Monologue</w:t>
      </w:r>
    </w:p>
    <w:p>
      <w:r>
        <w:br/>
        <w:t xml:space="preserve"> виросли діти гості роз'їхались&lt;br /&gt;</w:t>
        <w:br/>
        <w:t>друзі – хто спився хто втік а хто йо*нувся&lt;br /&gt;</w:t>
        <w:br/>
        <w:t>не викликає ні сліз ані сміху це –&lt;br /&gt;</w:t>
        <w:br/>
        <w:t>сповнилось все що і мусило сповнитись</w:t>
      </w:r>
    </w:p>
    <w:p>
      <w:r>
        <w:br/>
        <w:t>маска моя приростає до шкіри вже –&lt;br /&gt;</w:t>
        <w:br/>
        <w:t>не впізнаю себе в жодному дзеркалі&lt;br /&gt;</w:t>
        <w:br/>
        <w:t>ще проживу скільки там вже відміряно&lt;br /&gt;</w:t>
        <w:br/>
        <w:t>але у снах все стрічаю померлих я</w:t>
      </w:r>
    </w:p>
    <w:p>
      <w:r>
        <w:br/>
        <w:t>я – наче линва між берегами&lt;br /&gt;</w:t>
        <w:br/>
        <w:t>вниз провисаю але не рвуся&lt;br /&gt;</w:t>
        <w:br/>
        <w:t>я – телепорт я – переправа&lt;br /&gt;</w:t>
        <w:br/>
        <w:t>я – проповідник стильних спокус</w:t>
      </w:r>
    </w:p>
    <w:p>
      <w:r>
        <w:br/>
        <w:t>я поглинаю світло й повітря&lt;br /&gt;</w:t>
        <w:br/>
        <w:t>води і землі&lt;br /&gt;</w:t>
        <w:br/>
        <w:t>квіти і трави&lt;br /&gt;</w:t>
        <w:br/>
        <w:t>я розростаюся наче повір'я –&lt;br /&gt;</w:t>
        <w:br/>
        <w:t>вниз і угору&lt;br /&gt;</w:t>
        <w:br/>
        <w:t>вліво і вправо&lt;br /&gt;</w:t>
        <w:br/>
        <w:t>пульсами хвилями римами ритмами&lt;br /&gt;</w:t>
        <w:br/>
        <w:t>музика входить разом зі світлом&lt;br /&gt;</w:t>
        <w:br/>
        <w:t>вітер то пісню несе то молитву&lt;br /&gt;</w:t>
        <w:br/>
        <w:t>майже нечутну ледве помітну&lt;br /&gt;</w:t>
        <w:br/>
        <w:t>а цвіркуни і цикади і равлики&lt;br /&gt;</w:t>
        <w:br/>
        <w:t>ніч розколисують ритмами тихими&lt;br /&gt;</w:t>
        <w:br/>
        <w:t>я розчиняюсь і це мабуть правильно –&lt;br /&gt;</w:t>
        <w:br/>
        <w:t>виросли діти гості роз'їхались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Monologue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