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 з псячого приводу</w:t>
      </w:r>
    </w:p>
    <w:p>
      <w:r>
        <w:br/>
        <w:t xml:space="preserve"> Тіло покійного знайшли у рові&lt;br /&gt;</w:t>
        <w:br/>
        <w:t>посеред подвір'я, завішаним на ланцюгу,&lt;br /&gt;</w:t>
        <w:br/>
        <w:t>і закопали за городом</w:t>
      </w:r>
    </w:p>
    <w:p>
      <w:r>
        <w:br/>
        <w:t>Джульбарс повісився — самовбивця-пес.&lt;br /&gt;</w:t>
        <w:br/>
        <w:t>Душу Джульбарса поженуть з небес.&lt;br /&gt;</w:t>
        <w:br/>
        <w:t>Там йому скажуть:"Не здох як слід!"&lt;br /&gt;</w:t>
        <w:br/>
        <w:t>Там його підважать під хвіст і під…</w:t>
      </w:r>
    </w:p>
    <w:p>
      <w:r>
        <w:br/>
        <w:t>Джульбарс повісився на цепу вночі&lt;br /&gt;</w:t>
        <w:br/>
        <w:t>Справжнє кіно ноцне —щурі глядачі&lt;br /&gt;</w:t>
        <w:br/>
        <w:t>і зітхання, і залицяння,&lt;br /&gt;</w:t>
        <w:br/>
        <w:t>і завивання, і злягання!</w:t>
      </w:r>
    </w:p>
    <w:p>
      <w:r>
        <w:br/>
        <w:t>Джульбарс повісився! Чуєте? — ви!&lt;br /&gt;</w:t>
        <w:br/>
        <w:t>Ви читаєте "Листя трави"?&lt;br /&gt;</w:t>
        <w:br/>
        <w:t>Маркеса? Борхеса? Гессе? "І цзінь"? А?&lt;br /&gt;</w:t>
        <w:br/>
        <w:t>Джульбарс повісився! Ось переміна!</w:t>
      </w:r>
    </w:p>
    <w:p>
      <w:r>
        <w:br/>
        <w:t>Ти звешся поетом,&lt;br /&gt;</w:t>
        <w:br/>
        <w:t>а він — собакою.&lt;br /&gt;</w:t>
        <w:br/>
        <w:t>Тебе вірш гризе,&lt;br /&gt;</w:t>
        <w:br/>
        <w:t>а його ланцюг.&lt;br /&gt;</w:t>
        <w:br/>
        <w:t>Ти станеш колись професійним писакою,&lt;br /&gt;</w:t>
        <w:br/>
        <w:t>а Джульбарс вибрав не м'ясо, а дух!</w:t>
      </w:r>
    </w:p>
    <w:p>
      <w:r>
        <w:br/>
        <w:t>Скільки можна на місяць брехати?&lt;br /&gt;</w:t>
        <w:br/>
        <w:t>Скільки можна чекати зарплати?&lt;br /&gt;</w:t>
        <w:br/>
        <w:t>Скільки можна зади ваші дерти?&lt;br /&gt;</w:t>
        <w:br/>
        <w:t>Вічно?&lt;br /&gt;</w:t>
        <w:br/>
        <w:t>До смерти!&lt;br /&gt;</w:t>
        <w:br/>
        <w:t>Що за професія шизофренічна —&lt;br /&gt;</w:t>
        <w:br/>
        <w:t>вік сторожити курей і кіз&lt;br /&gt;</w:t>
        <w:br/>
        <w:t>і посилати їх на заріз?</w:t>
      </w:r>
    </w:p>
    <w:p>
      <w:r>
        <w:br/>
        <w:t>Пронизує землю і небеса&lt;br /&gt;</w:t>
        <w:br/>
        <w:t>Сузір'я Пса!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 з псячого приводу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