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Молох</w:t>
      </w:r>
    </w:p>
    <w:p>
      <w:r>
        <w:br/>
        <w:t xml:space="preserve"> Над Ливаноном небо синє&lt;br /&gt;</w:t>
        <w:br/>
        <w:t>не мало хмарочки кругом;&lt;br /&gt;</w:t>
        <w:br/>
        <w:t>гарячий вітер дув з пустині&lt;br /&gt;</w:t>
        <w:br/>
        <w:t>і віяв скрізь сухим піском.</w:t>
      </w:r>
    </w:p>
    <w:p>
      <w:r>
        <w:br/>
        <w:t>Огнем жарило сонце днями,&lt;br /&gt;</w:t>
        <w:br/>
        <w:t>вночі, мов ватра, камінь грів,&lt;br /&gt;</w:t>
        <w:br/>
        <w:t>над висохлими джерелами&lt;br /&gt;</w:t>
        <w:br/>
        <w:t>верблюд стояв, зі спраги млів,&lt;br /&gt;</w:t>
        <w:br/>
        <w:t>зів'яла зелень вся з погоди,&lt;br /&gt;</w:t>
        <w:br/>
        <w:t>змарніла вся краса природи.</w:t>
      </w:r>
    </w:p>
    <w:p>
      <w:r>
        <w:br/>
        <w:t>Настала в Балбеці посуха,&lt;br /&gt;</w:t>
        <w:br/>
        <w:t>чума ширила смерть і страх,&lt;br /&gt;</w:t>
        <w:br/>
        <w:t>валила з ніг людей задуха,&lt;br /&gt;</w:t>
        <w:br/>
        <w:t>всі крились в тіні по домах.&lt;br /&gt;</w:t>
        <w:br/>
        <w:t>Як подорожні на оази,&lt;br /&gt;</w:t>
        <w:br/>
        <w:t>так ждали на холодний час,&lt;br /&gt;</w:t>
        <w:br/>
        <w:t>молились всі, щоб від зарази&lt;br /&gt;</w:t>
        <w:br/>
        <w:t>їх милосердний Молох спас,&lt;br /&gt;</w:t>
        <w:br/>
        <w:t>та все вмирало їх чимало&lt;br /&gt;</w:t>
        <w:br/>
        <w:t>і в місті мов життя не стало.</w:t>
      </w:r>
    </w:p>
    <w:p>
      <w:r>
        <w:br/>
        <w:t>До храму Молоха страшного&lt;br /&gt;</w:t>
        <w:br/>
        <w:t>зійшлись поважнії старці,&lt;br /&gt;</w:t>
        <w:br/>
        <w:t>страшні для народу цілого&lt;br /&gt;</w:t>
        <w:br/>
        <w:t>обстрижені святі жреці.&lt;br /&gt;</w:t>
        <w:br/>
        <w:t>І раду там вони зложили,&lt;br /&gt;</w:t>
        <w:br/>
        <w:t>як з міста вигнати чуму,&lt;br /&gt;</w:t>
        <w:br/>
        <w:t>чим Молоха так прогнівили,&lt;br /&gt;</w:t>
        <w:br/>
        <w:t>що в жертву принести ему,—&lt;br /&gt;</w:t>
        <w:br/>
        <w:t>аж назначили богу свята&lt;br /&gt;</w:t>
        <w:br/>
        <w:t>і в жертву принести дівчата.</w:t>
      </w:r>
    </w:p>
    <w:p>
      <w:r>
        <w:br/>
        <w:t>Лякались всі посухи в місті,&lt;br /&gt;</w:t>
        <w:br/>
        <w:t>лякались лютої чуми,&lt;br /&gt;</w:t>
        <w:br/>
        <w:t>та більш злякались, як сі вісті&lt;br /&gt;</w:t>
        <w:br/>
        <w:t>про жертви стали між людьми.</w:t>
      </w:r>
    </w:p>
    <w:p>
      <w:r>
        <w:br/>
        <w:t>І ждали всі кінця наради,&lt;br /&gt;</w:t>
        <w:br/>
        <w:t>кого на жертву призначать,&lt;br /&gt;</w:t>
        <w:br/>
        <w:t>щоби спасти всіх від заглади,&lt;br /&gt;</w:t>
        <w:br/>
        <w:t>хто мав померти із дівчат?&lt;br /&gt;</w:t>
        <w:br/>
        <w:t>Непевний жребій мав рішити,&lt;br /&gt;</w:t>
        <w:br/>
        <w:t>котрим вмирати або жити.</w:t>
      </w:r>
    </w:p>
    <w:p>
      <w:r>
        <w:br/>
        <w:t>На другий день, як з небосклону&lt;br /&gt;</w:t>
        <w:br/>
        <w:t>скотилось боже сонце вниз,&lt;br /&gt;</w:t>
        <w:br/>
        <w:t>за білі гори Ливанону,&lt;br /&gt;</w:t>
        <w:br/>
        <w:t>і тільки промінь ще заблис&lt;br /&gt;</w:t>
        <w:br/>
        <w:t>та сяєвом ярким, кровавим&lt;br /&gt;</w:t>
        <w:br/>
        <w:t>на мурах міста заяснів,—&lt;br /&gt;</w:t>
        <w:br/>
        <w:t>там, перед храмом величавим,&lt;br /&gt;</w:t>
        <w:br/>
        <w:t>скрізь нарід страшно гомонів.&lt;br /&gt;</w:t>
        <w:br/>
        <w:t>Лунав там плач, і сміх, і крики,&lt;br /&gt;</w:t>
        <w:br/>
        <w:t>і шал напав товпи великі.</w:t>
      </w:r>
    </w:p>
    <w:p>
      <w:r>
        <w:br/>
        <w:t>Один стояв на бога лютий,&lt;br /&gt;</w:t>
        <w:br/>
        <w:t>другий моливсь на майдані,&lt;br /&gt;</w:t>
        <w:br/>
        <w:t>а велет бог, з заліза кутий*&lt;br /&gt;</w:t>
        <w:br/>
        <w:t>сидів при храмі при стіні.&lt;br /&gt;</w:t>
        <w:br/>
        <w:t>Як віл, мав голову і роги,&lt;br /&gt;</w:t>
        <w:br/>
        <w:t>а тулуб схожий як в людей,&lt;br /&gt;</w:t>
        <w:br/>
        <w:t>погані руки, довгі ноги&lt;br /&gt;</w:t>
        <w:br/>
        <w:t>і камені замість очей.&lt;br /&gt;</w:t>
        <w:br/>
        <w:t>Весь чорний був і закоптілий&lt;br /&gt;</w:t>
        <w:br/>
        <w:t>і погляд мав хмарний, несмілий.</w:t>
      </w:r>
    </w:p>
    <w:p>
      <w:r>
        <w:br/>
        <w:t>До рук він дошку мав прибиту&lt;br /&gt;</w:t>
        <w:br/>
        <w:t>на ню всі жертви принімав&lt;br /&gt;</w:t>
        <w:br/>
        <w:t>і в чорну грудь свою відкриту&lt;br /&gt;</w:t>
        <w:br/>
        <w:t>в огонь страшний на смерть кидав.</w:t>
      </w:r>
    </w:p>
    <w:p>
      <w:r>
        <w:br/>
        <w:t>Поклавши на коліна руки,&lt;br /&gt;</w:t>
        <w:br/>
        <w:t>згори на всю товпу густу&lt;br /&gt;</w:t>
        <w:br/>
        <w:t>дививсь і ждав на людські муки,&lt;br /&gt;</w:t>
        <w:br/>
        <w:t>бо грудь без серця мав, пусту.&lt;br /&gt;</w:t>
        <w:br/>
        <w:t>Сидів так сонно і ліниво&lt;br /&gt;</w:t>
        <w:br/>
        <w:t>та ждав на жертви терпеливо.</w:t>
      </w:r>
    </w:p>
    <w:p>
      <w:r>
        <w:br/>
        <w:t>Жреці то /Молоха мертвого&lt;br /&gt;</w:t>
        <w:br/>
        <w:t>там посадили на престіл&lt;br /&gt;</w:t>
        <w:br/>
        <w:t>і вічно пильнували строго,&lt;br /&gt;</w:t>
        <w:br/>
        <w:t>щоб хто его не скинув в діл...&lt;br /&gt;</w:t>
        <w:br/>
        <w:t>Вже почали дрова горіти&lt;br /&gt;</w:t>
        <w:br/>
        <w:t>у божім животі страшнім,&lt;br /&gt;</w:t>
        <w:br/>
        <w:t>і бог почав вже червоніти&lt;br /&gt;</w:t>
        <w:br/>
        <w:t>на своїм троні каміннім.&lt;br /&gt;</w:t>
        <w:br/>
        <w:t>Дівчата ж ті, що мав їх зжерти,&lt;br /&gt;</w:t>
        <w:br/>
        <w:t>в святині дожидали смерті.</w:t>
      </w:r>
    </w:p>
    <w:p>
      <w:r>
        <w:br/>
        <w:t>Вже Молох розжарився всюди,&lt;br /&gt;</w:t>
        <w:br/>
        <w:t>від ніг до лоба зчервонів,&lt;br /&gt;</w:t>
        <w:br/>
        <w:t>розлютивсь і з цілої груди&lt;br /&gt;</w:t>
        <w:br/>
        <w:t>немов ревіти захотів.&lt;br /&gt;</w:t>
        <w:br/>
        <w:t>Запахли навкруги кадила,&lt;br /&gt;</w:t>
        <w:br/>
        <w:t>настала всюди тишина,&lt;br /&gt;</w:t>
        <w:br/>
        <w:t>і чули всі, як десь квилила&lt;br /&gt;</w:t>
        <w:br/>
        <w:t>на пальмі пташка нежурна.&lt;br /&gt;</w:t>
        <w:br/>
        <w:t>Жреці, до обряду готові,&lt;br /&gt;</w:t>
        <w:br/>
        <w:t>зійшлись на сходи мармурові.</w:t>
      </w:r>
    </w:p>
    <w:p>
      <w:r>
        <w:br/>
        <w:t>Загомоніли бубни, роги,&lt;br /&gt;</w:t>
        <w:br/>
        <w:t>тимпани, труби, сопіл-ки,&lt;br /&gt;</w:t>
        <w:br/>
        <w:t>скричали матері-небоги,&lt;br /&gt;</w:t>
        <w:br/>
        <w:t>як з. храму вийшли їх доньки.</w:t>
      </w:r>
    </w:p>
    <w:p>
      <w:r>
        <w:br/>
        <w:t>Хоч люди плакати не сміли,&lt;br /&gt;</w:t>
        <w:br/>
        <w:t>коли на смерть їх діти йшли,&lt;br /&gt;</w:t>
        <w:br/>
        <w:t>та жалю здержати не вміли,&lt;br /&gt;</w:t>
        <w:br/>
        <w:t>стояти тихо не змогли.&lt;br /&gt;</w:t>
        <w:br/>
        <w:t>Луна ішла від криків, стонів,&lt;br /&gt;</w:t>
        <w:br/>
        <w:t>плачу, музики і прокльонів.</w:t>
      </w:r>
    </w:p>
    <w:p>
      <w:r>
        <w:br/>
        <w:t>Дівчата, гарні, соромливі,&lt;br /&gt;</w:t>
        <w:br/>
        <w:t>зійшлися без одежі всі&lt;br /&gt;</w:t>
        <w:br/>
        <w:t>і ждали вкупці, нещасливі,&lt;br /&gt;</w:t>
        <w:br/>
        <w:t>в плачу, розпуці і страсі.&lt;br /&gt;</w:t>
        <w:br/>
        <w:t>А з-поміж них найкраща Ада,&lt;br /&gt;</w:t>
        <w:br/>
        <w:t>донька купця, така сумна!&lt;br /&gt;</w:t>
        <w:br/>
        <w:t>Аж застогнала вся громада,&lt;br /&gt;</w:t>
        <w:br/>
        <w:t>що вмерти мала і вона.&lt;br /&gt;</w:t>
        <w:br/>
        <w:t>Волоссям вкрила біле тіло,&lt;br /&gt;</w:t>
        <w:br/>
        <w:t>а серце в ній хололо, мліло.</w:t>
      </w:r>
    </w:p>
    <w:p>
      <w:r>
        <w:br/>
        <w:t>Ось з них одну жреці жорстокі&lt;br /&gt;</w:t>
        <w:br/>
        <w:t>ледве живу до рук взяли,&lt;br /&gt;</w:t>
        <w:br/>
        <w:t>на сходи вивели високі&lt;br /&gt;</w:t>
        <w:br/>
        <w:t>і богу в жертву піднесли.&lt;br /&gt;</w:t>
        <w:br/>
        <w:t>Бог притулив єї до груди,&lt;br /&gt;</w:t>
        <w:br/>
        <w:t>роздався в клубах диму крик —&lt;br /&gt;</w:t>
        <w:br/>
        <w:t>та заглушили крик сей люди,&lt;br /&gt;</w:t>
        <w:br/>
        <w:t>і спів жреців, і гра музик.&lt;br /&gt;</w:t>
        <w:br/>
        <w:t>Так дві іще пішло на муки&lt;br /&gt;</w:t>
        <w:br/>
        <w:t>на розжарені божі руки.</w:t>
      </w:r>
    </w:p>
    <w:p>
      <w:r>
        <w:br/>
        <w:t>Кричали всі, а перед ними&lt;br /&gt;</w:t>
        <w:br/>
        <w:t>явився Гірам молодий,&lt;br /&gt;</w:t>
        <w:br/>
        <w:t>очима подививсь гнівними,&lt;br /&gt;</w:t>
        <w:br/>
        <w:t>а вид мав лютий і страшний.</w:t>
      </w:r>
    </w:p>
    <w:p>
      <w:r>
        <w:br/>
        <w:t>На Аду глянув безнадійно&lt;br /&gt;</w:t>
        <w:br/>
        <w:t>і на громадку сих дівчат,&lt;br /&gt;</w:t>
        <w:br/>
        <w:t>та жрець прискочив неспокійно,&lt;br /&gt;</w:t>
        <w:br/>
        <w:t>запхав его в товпу назад.&lt;br /&gt;</w:t>
        <w:br/>
        <w:t>Як лев, він кинувсь сам щосили&lt;br /&gt;</w:t>
        <w:br/>
        <w:t>в збіговище і щез по хвилі.&lt;br /&gt;</w:t>
        <w:br/>
        <w:t>То Ада вже за хвилю згине&lt;br /&gt;</w:t>
        <w:br/>
        <w:t>і стане попелом марним,&lt;br /&gt;</w:t>
        <w:br/>
        <w:t>навіки Гірама покине&lt;br /&gt;</w:t>
        <w:br/>
        <w:t>і не затужить вже над ним?&lt;br /&gt;</w:t>
        <w:br/>
        <w:t>І мусить згинути конечно,&lt;br /&gt;</w:t>
        <w:br/>
        <w:t>щоб місто позбулось чуми?..&lt;br /&gt;</w:t>
        <w:br/>
        <w:t>А вчора ще собі безпечно,&lt;br /&gt;</w:t>
        <w:br/>
        <w:t>найщасливіші між людьми,&lt;br /&gt;</w:t>
        <w:br/>
        <w:t>обоє серед пальм сиділи!..&lt;br /&gt;</w:t>
        <w:br/>
        <w:t>Давайте лук, давайте стріли!</w:t>
      </w:r>
    </w:p>
    <w:p>
      <w:r>
        <w:br/>
        <w:t>А де царівна гарна ділась?&lt;br /&gt;</w:t>
        <w:br/>
        <w:t>Спалити мають і єї!&lt;br /&gt;</w:t>
        <w:br/>
        <w:t>У батька дома притаїлась,&lt;br /&gt;</w:t>
        <w:br/>
        <w:t>нема єї на майдані!..&lt;br /&gt;</w:t>
        <w:br/>
        <w:t>І руки в Гірама тремтіли,&lt;br /&gt;</w:t>
        <w:br/>
        <w:t>і весь дрожав від сих гадок,&lt;br /&gt;</w:t>
        <w:br/>
        <w:t>побіг домів, ухопив стріли&lt;br /&gt;</w:t>
        <w:br/>
        <w:t>і з луком вибіг на горбок.&lt;br /&gt;</w:t>
        <w:br/>
        <w:t>Як лютий тигр, жадний був крові&lt;br /&gt;</w:t>
        <w:br/>
        <w:t>і скоро ладив лук кедровий.</w:t>
      </w:r>
    </w:p>
    <w:p>
      <w:r>
        <w:br/>
        <w:t>Ось вже до Ади жрець зближився,&lt;br /&gt;</w:t>
        <w:br/>
        <w:t>за білу руку взяв єї&lt;br /&gt;</w:t>
        <w:br/>
        <w:t>і — впав, по сходах покотився&lt;br /&gt;</w:t>
        <w:br/>
        <w:t>вниз головою до землі.</w:t>
      </w:r>
    </w:p>
    <w:p>
      <w:r>
        <w:br/>
        <w:t>То Гірам так із лука стрілив&lt;br /&gt;</w:t>
        <w:br/>
        <w:t>і в голову жреця влучив,&lt;br /&gt;</w:t>
        <w:br/>
        <w:t>приміривсь знов і в груди вцілив —&lt;br /&gt;</w:t>
        <w:br/>
        <w:t>найстаршого жреця убив.&lt;br /&gt;</w:t>
        <w:br/>
        <w:t>Звалив їх, а вони руками&lt;br /&gt;</w:t>
        <w:br/>
        <w:t>боролись хвилю зі стрілами.</w:t>
      </w:r>
    </w:p>
    <w:p>
      <w:r>
        <w:br/>
        <w:t>Та не спинив шакалі" стада,&lt;br /&gt;</w:t>
        <w:br/>
        <w:t>до жертв прискочили вони —&lt;br /&gt;</w:t>
        <w:br/>
        <w:t>страшна хвилина — і вже Ада&lt;br /&gt;</w:t>
        <w:br/>
        <w:t>конала в Молосі в огні.&lt;br /&gt;</w:t>
        <w:br/>
        <w:t>А стріли круками летіли&lt;br /&gt;</w:t>
        <w:br/>
        <w:t>на стадо звірів, божих слуг;&lt;br /&gt;</w:t>
        <w:br/>
        <w:t>в розпуці матері всі мліли,&lt;br /&gt;</w:t>
        <w:br/>
        <w:t>і зойк, і крик лунав вокруг.&lt;br /&gt;</w:t>
        <w:br/>
        <w:t>Ніхто ж не рушив і ногами,&lt;br /&gt;</w:t>
        <w:br/>
        <w:t>прикутий ланцюгом нестями.</w:t>
      </w:r>
    </w:p>
    <w:p>
      <w:r>
        <w:br/>
        <w:t>Напала всіх жреців тривога,&lt;br /&gt;</w:t>
        <w:br/>
        <w:t>втікати кождий був готов...&lt;br /&gt;</w:t>
        <w:br/>
        <w:t>Де сей безбожник, що слуг бога&lt;br /&gt;</w:t>
        <w:br/>
        <w:t>стріляти з лука ту прийшов!&lt;br /&gt;</w:t>
        <w:br/>
        <w:t>Скоренько жертви повкидали,&lt;br /&gt;</w:t>
        <w:br/>
        <w:t>убитих спрятали у храм,&lt;br /&gt;</w:t>
        <w:br/>
        <w:t>самі чимскорше повтікали —&lt;br /&gt;</w:t>
        <w:br/>
        <w:t>і Молох полишився сам.&lt;br /&gt;</w:t>
        <w:br/>
        <w:t>Ану ж відкрили люди тайну&lt;br /&gt;</w:t>
        <w:br/>
        <w:t>і смерть їм принесуть нечайну?..</w:t>
      </w:r>
    </w:p>
    <w:p>
      <w:r>
        <w:br/>
        <w:t>Зворушивсь нарід остовпілий,&lt;br /&gt;</w:t>
        <w:br/>
        <w:t>мов пробудивсь з тяжкого сну.&lt;br /&gt;</w:t>
        <w:br/>
        <w:t>Там жертви в Молосі горіли,&lt;br /&gt;</w:t>
        <w:br/>
        <w:t>а ту, посеред майдану,</w:t>
      </w:r>
    </w:p>
    <w:p>
      <w:r>
        <w:br/>
        <w:t>убиті лютою чумою,&lt;br /&gt;</w:t>
        <w:br/>
        <w:t>лежали купи неживих...&lt;br /&gt;</w:t>
        <w:br/>
        <w:t>Зжахнулись люди і товпою&lt;br /&gt;</w:t>
        <w:br/>
        <w:t>пішли здалека від мертвих&lt;br /&gt;</w:t>
        <w:br/>
        <w:t>додому з думами журними,—&lt;br /&gt;</w:t>
        <w:br/>
        <w:t>аж Гірам появивсь між ними.</w:t>
      </w:r>
    </w:p>
    <w:p>
      <w:r>
        <w:br/>
        <w:t>"Заждіть! Там в грані ваші діти,&lt;br /&gt;</w:t>
        <w:br/>
        <w:t>а чи царівна там горить?&lt;br /&gt;</w:t>
        <w:br/>
        <w:t>Що мала з другими згоріти,&lt;br /&gt;</w:t>
        <w:br/>
        <w:t>то в батька схована сидить!&lt;br /&gt;</w:t>
        <w:br/>
        <w:t>Невільницю за ню підставив,&lt;br /&gt;</w:t>
        <w:br/>
        <w:t>з жрецями змовивсь, заплатив,&lt;br /&gt;</w:t>
        <w:br/>
        <w:t>з маєтками у храм відправив&lt;br /&gt;</w:t>
        <w:br/>
        <w:t>і бога так, і нас здурив.&lt;br /&gt;</w:t>
        <w:br/>
        <w:t>Ходім у храм, жреців поб'ємо&lt;br /&gt;</w:t>
        <w:br/>
        <w:t>і в жертву богу принесемо!"</w:t>
      </w:r>
    </w:p>
    <w:p>
      <w:r>
        <w:br/>
        <w:t>Так він сказав, а вколо нього&lt;br /&gt;</w:t>
        <w:br/>
        <w:t>зібрались родичі дівчат;&lt;br /&gt;</w:t>
        <w:br/>
        <w:t>у храм пустилося з них много,&lt;br /&gt;</w:t>
        <w:br/>
        <w:t>та гнеть вернулися назад.&lt;br /&gt;</w:t>
        <w:br/>
        <w:t>"Ану ж тепер чума устане,&lt;br /&gt;</w:t>
        <w:br/>
        <w:t>а бог скарає сам жреців?&lt;br /&gt;</w:t>
        <w:br/>
        <w:t>Заждім!" — сказали всі міщани&lt;br /&gt;</w:t>
        <w:br/>
        <w:t>і тихо розійшлись домів.&lt;br /&gt;</w:t>
        <w:br/>
        <w:t>А Молох довго ще курився,&lt;br /&gt;</w:t>
        <w:br/>
        <w:t>і довго дим і чад стелився.</w:t>
      </w:r>
    </w:p>
    <w:p>
      <w:r>
        <w:br/>
        <w:t>Сім днів всі ждали неспокійно,&lt;br /&gt;</w:t>
        <w:br/>
        <w:t>не певні завтрашнього дня,—&lt;br /&gt;</w:t>
        <w:br/>
        <w:t>сім днів минуло безнадійно,&lt;br /&gt;</w:t>
        <w:br/>
        <w:t>і вмерла не одна сім'я.</w:t>
      </w:r>
    </w:p>
    <w:p>
      <w:r>
        <w:br/>
        <w:t>Палила дальше іде посуха,&lt;br /&gt;</w:t>
        <w:br/>
        <w:t>чума ширила смерть і страх,&lt;br /&gt;</w:t>
        <w:br/>
        <w:t>валила з ніг людей задуха,&lt;br /&gt;</w:t>
        <w:br/>
        <w:t>всі крились в тіні по домах;&lt;br /&gt;</w:t>
        <w:br/>
        <w:t>а бог сидів собі ліниво&lt;br /&gt;</w:t>
        <w:br/>
        <w:t>і ждав на жертви терпеливо.</w:t>
      </w:r>
    </w:p>
    <w:p>
      <w:r>
        <w:br/>
        <w:t>Настала ніч. Заснули люди&lt;br /&gt;</w:t>
        <w:br/>
        <w:t>тривожним, неспокійним сном,&lt;br /&gt;</w:t>
        <w:br/>
        <w:t>і тишина настала всюди,&lt;br /&gt;</w:t>
        <w:br/>
        <w:t>лиш теплий легіт дув часом,&lt;br /&gt;</w:t>
        <w:br/>
        <w:t>за містом шакал вив понуро,&lt;br /&gt;</w:t>
        <w:br/>
        <w:t>і гай циприсів десь шумів,&lt;br /&gt;</w:t>
        <w:br/>
        <w:t>а місяць на зчорнілі мури&lt;br /&gt;</w:t>
        <w:br/>
        <w:t>світив і в мармурі блистів,&lt;br /&gt;</w:t>
        <w:br/>
        <w:t>і по землі далекі тіні&lt;br /&gt;</w:t>
        <w:br/>
        <w:t>кидали дерева і стіни.</w:t>
      </w:r>
    </w:p>
    <w:p>
      <w:r>
        <w:br/>
        <w:t>Далеко чорною стіною&lt;br /&gt;</w:t>
        <w:br/>
        <w:t>сягав у небо Ливанон,&lt;br /&gt;</w:t>
        <w:br/>
        <w:t>дрімали гори, вкриті тьмою,&lt;br /&gt;</w:t>
        <w:br/>
        <w:t>аж крик якийсь сполошив сон.&lt;br /&gt;</w:t>
        <w:br/>
        <w:t>Попівночі було вже, пізно,&lt;br /&gt;</w:t>
        <w:br/>
        <w:t>вже місяць заходив блідий,&lt;br /&gt;</w:t>
        <w:br/>
        <w:t>як люди десь скричали грізно,&lt;br /&gt;</w:t>
        <w:br/>
        <w:t>а їх зловіщий крик сумний&lt;br /&gt;</w:t>
        <w:br/>
        <w:t>загув у почорнілих стінах,&lt;br /&gt;</w:t>
        <w:br/>
        <w:t>як голос пугачів в руїнах.</w:t>
      </w:r>
    </w:p>
    <w:p>
      <w:r>
        <w:br/>
        <w:t>При храмі чорного ідола&lt;br /&gt;</w:t>
        <w:br/>
        <w:t>зібрались народу товпи,&lt;br /&gt;</w:t>
        <w:br/>
        <w:t>а бог дививсь на них з престола&lt;br /&gt;</w:t>
        <w:br/>
        <w:t>і мовчки ждав, чого прийшли.</w:t>
      </w:r>
    </w:p>
    <w:p>
      <w:r>
        <w:br/>
        <w:t>А ті питались лиш покірно&lt;br /&gt;</w:t>
        <w:br/>
        <w:t>про те, чи ситий їх дітьми,&lt;br /&gt;</w:t>
        <w:br/>
        <w:t>про слуг, що так служили вірно,&lt;br /&gt;</w:t>
        <w:br/>
        <w:t>і про кінець який чуми.&lt;br /&gt;</w:t>
        <w:br/>
        <w:t>Та бог не говорив з товпами,&lt;br /&gt;</w:t>
        <w:br/>
        <w:t>а Гірам обізвавсь словами:&lt;br /&gt;</w:t>
        <w:br/>
        <w:t>"Сидить собі наш бог в спокою,&lt;br /&gt;</w:t>
        <w:br/>
        <w:t>на нас спідлоба задививсь —&lt;br /&gt;</w:t>
        <w:br/>
        <w:t>такою жертвою страшною&lt;br /&gt;</w:t>
        <w:br/>
        <w:t>не наситивсь, не вдоволивсь!&lt;br /&gt;</w:t>
        <w:br/>
        <w:t>Та що ж він зробить, як не може,&lt;br /&gt;</w:t>
        <w:br/>
        <w:t>хоч кажуть вам, що має власть?</w:t>
      </w:r>
    </w:p>
    <w:p>
      <w:r>
        <w:br/>
        <w:t>В нічім вам Молох не поможе,&lt;br /&gt;</w:t>
        <w:br/>
        <w:t>а все зжере, що нарід дасть;&lt;br /&gt;</w:t>
        <w:br/>
        <w:t>молитов ваших не почує,&lt;br /&gt;</w:t>
        <w:br/>
        <w:t>а ваших жертв не потребує!</w:t>
      </w:r>
    </w:p>
    <w:p>
      <w:r>
        <w:br/>
        <w:t>Не шле він на нікого кари,&lt;br /&gt;</w:t>
        <w:br/>
        <w:t>не мститься ні на слугах злих;&lt;br /&gt;</w:t>
        <w:br/>
        <w:t>він помічний збирати дари,&lt;br /&gt;</w:t>
        <w:br/>
        <w:t>бо сам є наймитом у них.&lt;br /&gt;</w:t>
        <w:br/>
        <w:t>Жреці давно себе здурили,&lt;br /&gt;</w:t>
        <w:br/>
        <w:t>а нас обманюють тепер —&lt;br /&gt;</w:t>
        <w:br/>
        <w:t>і так вам марно попалили&lt;br /&gt;</w:t>
        <w:br/>
        <w:t>безпомічних дочок, сестер!&lt;br /&gt;</w:t>
        <w:br/>
        <w:t>Вже знищив Молох жертв так много,&lt;br /&gt;</w:t>
        <w:br/>
        <w:t>а нам так з ним, як і без нього!"</w:t>
      </w:r>
    </w:p>
    <w:p>
      <w:r>
        <w:br/>
        <w:t>І Гірам тяжко зажурився,&lt;br /&gt;</w:t>
        <w:br/>
        <w:t>коли на Аду спогадав,&lt;br /&gt;</w:t>
        <w:br/>
        <w:t>на бога гнівно подивився&lt;br /&gt;</w:t>
        <w:br/>
        <w:t>і враз з людьми єго напав.</w:t>
      </w:r>
    </w:p>
    <w:p>
      <w:r>
        <w:br/>
        <w:t>Хоч Молох був з заліза кутий&lt;br /&gt;</w:t>
        <w:br/>
        <w:t>і мармуровий мав престіл,&lt;br /&gt;</w:t>
        <w:br/>
        <w:t>та як завзявся нарід лютий —&lt;br /&gt;</w:t>
        <w:br/>
        <w:t>звалився бог безсильно в діл.&lt;br /&gt;</w:t>
        <w:br/>
        <w:t>На землю з громом впав, розбитий&lt;br /&gt;</w:t>
        <w:br/>
        <w:t>і попелом з дівчат покритий.</w:t>
      </w:r>
    </w:p>
    <w:p>
      <w:r>
        <w:br/>
        <w:t>І втішно всім, що се вчинили,&lt;br /&gt;</w:t>
        <w:br/>
        <w:t>і лячно, бо то бог лежав;&lt;br /&gt;</w:t>
        <w:br/>
        <w:t>ось ждуть, чи всі помруть в тій хвилі,&lt;br /&gt;</w:t>
        <w:br/>
        <w:t>та бог не встав і не скарав.&lt;br /&gt;</w:t>
        <w:br/>
        <w:t>Залізо на землі лежало,&lt;br /&gt;</w:t>
        <w:br/>
        <w:t>і бога не лякавсь ніхто...&lt;br /&gt;</w:t>
        <w:br/>
        <w:t>Над ним кількох вже розмишляло,&lt;br /&gt;</w:t>
        <w:br/>
        <w:t>як знов зложити би єго...</w:t>
      </w:r>
    </w:p>
    <w:p>
      <w:r>
        <w:br/>
        <w:t>Жреці ж не ждали в храмі скону —&lt;br /&gt;</w:t>
        <w:br/>
        <w:t>були вже в горах Ливанону...</w:t>
      </w:r>
    </w:p>
    <w:p>
      <w:r>
        <w:br/>
        <w:t>1—10 грудня, 1888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