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Молоді сльози</w:t>
      </w:r>
    </w:p>
    <w:p>
      <w:r>
        <w:br/>
        <w:t xml:space="preserve"> Дівчина гірко дрібними сльозами так плаче.&lt;br /&gt;</w:t>
        <w:br/>
        <w:t>Личко вродливе рум'яне і пишне дівоче&lt;br /&gt;</w:t>
        <w:br/>
        <w:t>Радістю звикло, здоров'ям і щастям пишати.&lt;br /&gt;</w:t>
        <w:br/>
        <w:t>Звикли всі бачить на йому розкішні троянди;&lt;br /&gt;</w:t>
        <w:br/>
        <w:t>Чом же тепер се по йому, блискуча й срібляста"&lt;br /&gt;</w:t>
        <w:br/>
        <w:t>Тихо сльоза за сльозою на груди спадає?&lt;br /&gt;</w:t>
        <w:br/>
        <w:t>Спершу в дівочому оці засвітить, замружить,&lt;br /&gt;</w:t>
        <w:br/>
        <w:t>Око наллється все повне—й тоді вже відразу,&lt;br /&gt;</w:t>
        <w:br/>
        <w:t>Наче великії перла посиплють, поллються&lt;br /&gt;</w:t>
        <w:br/>
        <w:t>Чисті рясні діамантові сльози блискучі,&lt;br /&gt;</w:t>
        <w:br/>
        <w:t>Слід покидаючи вогкий на пишному личку.&lt;br /&gt;</w:t>
        <w:br/>
        <w:t>От вже одна покотилась і впала, неначе&lt;br /&gt;</w:t>
        <w:br/>
        <w:t>Зірка, що тихо блищала на небі високім,&lt;br /&gt;</w:t>
        <w:br/>
        <w:t>Потім скотилась і зникла в безмірнім блакитті.&lt;br /&gt;</w:t>
        <w:br/>
        <w:t>Чом же ті сльози дрібнії спадають у неї?&lt;br /&gt;</w:t>
        <w:br/>
        <w:t>Ні, не питайсь ти ніколи про це, бо відмови&lt;br /&gt;</w:t>
        <w:br/>
        <w:t>Навіть вона, та, що плаче так, дати не може;&lt;br /&gt;</w:t>
        <w:br/>
        <w:t>І не журись тим ніколи: як виллються сльози,—&lt;br /&gt;</w:t>
        <w:br/>
        <w:t>Знову те личко здоров'ям і щастям засяє,&lt;br /&gt;</w:t>
        <w:br/>
        <w:t>І розцвітуть знов на йому ті пишні троянди&lt;br /&gt;</w:t>
        <w:br/>
        <w:t>Після хвилин молодого найпершого горя...</w:t>
      </w:r>
    </w:p>
    <w:p>
      <w:r>
        <w:br/>
        <w:t>1885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Молоді сльози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