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Молода зима</w:t>
      </w:r>
    </w:p>
    <w:p>
      <w:r>
        <w:br/>
        <w:t xml:space="preserve"> &lt;p&gt;Ще вчора була осінь.</w:t>
      </w:r>
    </w:p>
    <w:p>
      <w:r>
        <w:br/>
        <w:t>Чорні — без листя — дерева самотіли в чорних калюжах під пронизливим вітром. Сірко замерз і ні на які Денискові вмовляння навіть носа не захотів показати з будки. Потупцював-потупцював Дениско зранку біля криниці, де було сухо, та й сховався в хату на цілий день. Ніщо більше не виманило його надвір.</w:t>
      </w:r>
    </w:p>
    <w:p>
      <w:r>
        <w:br/>
        <w:t>А вночі йому приснилося, що падає сніг. Великою, неоглядною хмарою опускається аж із самісінького неба на землю.</w:t>
      </w:r>
    </w:p>
    <w:p>
      <w:r>
        <w:br/>
        <w:t>Вранці скочив на ноги — і до вікна.</w:t>
      </w:r>
    </w:p>
    <w:p>
      <w:r>
        <w:br/>
        <w:t>Гульк — аж там сніг. Сніг, куди тільки очі глянуть.</w:t>
      </w:r>
    </w:p>
    <w:p>
      <w:r>
        <w:br/>
        <w:t>Просто дивина! Це ж як вийшло: сніг і приснився, і випав...</w:t>
      </w:r>
    </w:p>
    <w:p>
      <w:r>
        <w:br/>
        <w:t>Розповів про те мамі.</w:t>
      </w:r>
    </w:p>
    <w:p>
      <w:r>
        <w:br/>
        <w:t>— Сніг приснився тобі, бо ти його дуже чекав і виглядав, а випав він, бо повинен уже був нарешті випасти,— пояснила вона.— Зрозумів?</w:t>
      </w:r>
    </w:p>
    <w:p>
      <w:r>
        <w:br/>
        <w:t>— Зрозумів... І все одно цікаво.</w:t>
      </w:r>
    </w:p>
    <w:p>
      <w:r>
        <w:br/>
        <w:t>— Звичайно, цікаво,— погодилася мама.</w:t>
      </w:r>
    </w:p>
    <w:p>
      <w:r>
        <w:br/>
        <w:t>Надворі було тихо й урочисто. Наче на картині: біле небо, білі дерева, білі хати. В повітрі знехотя пролітали великі, мов метелики, сніжинки.</w:t>
      </w:r>
    </w:p>
    <w:p>
      <w:r>
        <w:br/>
        <w:t>Дениско з Сірком вистрибом кинулися на вулицю.</w:t>
      </w:r>
    </w:p>
    <w:p>
      <w:r>
        <w:br/>
        <w:t>Сірко — попереду, Дениско — за ним.</w:t>
      </w:r>
    </w:p>
    <w:p>
      <w:r>
        <w:br/>
        <w:t>І проклали перший рівненький слід попід парканами. Ніби хтось провів риску на чистому аркуші паперу.</w:t>
      </w:r>
    </w:p>
    <w:p>
      <w:r>
        <w:br/>
        <w:t>Гасали аж до обіду. Мати ледве вигукала до хати.</w:t>
      </w:r>
    </w:p>
    <w:p>
      <w:r>
        <w:br/>
        <w:t>Дениско відігрівався на лежанці, а мама говорила з татом.</w:t>
      </w:r>
    </w:p>
    <w:p>
      <w:r>
        <w:br/>
        <w:t>— Запізнилася трохи зима,— казала вона.</w:t>
      </w:r>
    </w:p>
    <w:p>
      <w:r>
        <w:br/>
        <w:t>— Та ні,— відповідав батько.— Це так здається, бо була дуже дощова осінь. Лило ж — як найнялося.</w:t>
      </w:r>
    </w:p>
    <w:p>
      <w:r>
        <w:br/>
        <w:t>— Вже й не вірилося, що колись ті дощі скінчаться... Зате зараз яка краса!</w:t>
      </w:r>
    </w:p>
    <w:p>
      <w:r>
        <w:br/>
        <w:t>— Так, дуже гарна молода зима,— промовив батько.</w:t>
      </w:r>
    </w:p>
    <w:p>
      <w:r>
        <w:br/>
        <w:t>— Молода зима! — аж підскочив на лежанці од здивування Дениско.— Я ще такого не чув! Це так і називається?</w:t>
      </w:r>
    </w:p>
    <w:p>
      <w:r>
        <w:br/>
        <w:t>— Так і називається.</w:t>
      </w:r>
    </w:p>
    <w:p>
      <w:r>
        <w:br/>
        <w:t>— Яку гарну назву хтось придумав! — І ще раз повторив: — Молода зима...</w:t>
      </w:r>
    </w:p>
    <w:p>
      <w:r>
        <w:br/>
        <w:t>Набігався Дениско по першому сйігу, натомився, розігріло й розморило його тепло, і він серед дня заснув.</w:t>
      </w:r>
    </w:p>
    <w:p>
      <w:r>
        <w:br/>
        <w:t>І приснилося йому, що до них у вулицю йде молода зима — у білій пуховій хустці, у білому кожушку і в білих валянках. А обличчя в неї — обличчя його мами. І голос — теж.</w:t>
      </w:r>
    </w:p>
    <w:p>
      <w:r>
        <w:br/>
        <w:t>Спить Дениско. А мама стоїть біля нього і каже:</w:t>
      </w:r>
    </w:p>
    <w:p>
      <w:r>
        <w:br/>
        <w:t>— Це ж яка радість для нього — сніг... Набігався, натомився, хай відпочине.</w:t>
      </w:r>
    </w:p>
    <w:p>
      <w:r>
        <w:br/>
        <w:t>То її голос прийшов у Денисків сон.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Молода зима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