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Молочна Путь сяйлива сестро...</w:t>
      </w:r>
    </w:p>
    <w:p>
      <w:r>
        <w:br/>
        <w:t xml:space="preserve"> 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Пекуча сіль в очах повій&lt;br /&gt;</w:t>
        <w:br/>
        <w:t>Кохання гарне як пантера&lt;br /&gt;</w:t>
        <w:br/>
        <w:t>Цілунок флорентійський твій&lt;br /&gt;</w:t>
        <w:br/>
        <w:t>В устах горенить ще й тепера&lt;br /&gt;</w:t>
        <w:br/>
        <w:t>А долі в нас пішли в роздвій</w:t>
      </w:r>
    </w:p>
    <w:p>
      <w:r>
        <w:br/>
        <w:t>Від поглядів її над Рейном&lt;br /&gt;</w:t>
        <w:br/>
        <w:t>Рої здіймались зореві&lt;br /&gt;</w:t>
        <w:br/>
        <w:t>В очах їй плавали сирени&lt;br /&gt;</w:t>
        <w:br/>
        <w:t>А цілувались до крові&lt;br /&gt;</w:t>
        <w:br/>
        <w:t>Що аж ридали феї ревно</w:t>
      </w:r>
    </w:p>
    <w:p>
      <w:r>
        <w:br/>
        <w:t>I все ж душею сироти&lt;br /&gt;</w:t>
        <w:br/>
        <w:t>Я жду біля моста Повернень&lt;br /&gt;</w:t>
        <w:br/>
        <w:t>I як колись із темноти&lt;br /&gt;</w:t>
        <w:br/>
        <w:t>Ця жінка вернеться до мене&lt;br /&gt;</w:t>
        <w:br/>
        <w:t>Я їй скажу Нарешті ти</w:t>
      </w:r>
    </w:p>
    <w:p>
      <w:r>
        <w:br/>
        <w:t>Небесні ллються дунаї&lt;br /&gt;</w:t>
        <w:br/>
        <w:t>Крізь голову порожню й серце&lt;br /&gt;</w:t>
        <w:br/>
        <w:t>О мої бочки Данаїд&lt;br /&gt;</w:t>
        <w:br/>
        <w:t>Я з радістю віддав би все це&lt;br /&gt;</w:t>
        <w:br/>
        <w:t>Щоб стати знов дитям наївним</w:t>
      </w:r>
    </w:p>
    <w:p>
      <w:r>
        <w:br/>
        <w:t>Тебе я не забуду ввік&lt;br /&gt;</w:t>
        <w:br/>
        <w:t>Моя голубко незриданна&lt;br /&gt;</w:t>
        <w:br/>
        <w:t>Мій білий рейде де ти зник&lt;br /&gt;</w:t>
        <w:br/>
        <w:t>Мій дальній острове Жадання&lt;br /&gt;</w:t>
        <w:br/>
        <w:t>Моя трояндо мій гвоздик</w:t>
      </w:r>
    </w:p>
    <w:p>
      <w:r>
        <w:br/>
        <w:t>Фавн козлопан Дідона й Федра&lt;br /&gt;</w:t>
        <w:br/>
        <w:t>Піравсти й Ельмові огні&lt;br /&gt;</w:t>
        <w:br/>
        <w:t>I долі дві злиденна й щедра&lt;br /&gt;</w:t>
        <w:br/>
        <w:t>Круг шиї зашморги тугі&lt;br /&gt;</w:t>
        <w:br/>
        <w:t>На біль мій всеогненна жертва</w:t>
      </w:r>
    </w:p>
    <w:p>
      <w:r>
        <w:br/>
        <w:t>Єдиноріг і козеріг&lt;br /&gt;</w:t>
        <w:br/>
        <w:t>Дублюєш долю ти мій болю&lt;br /&gt;</w:t>
        <w:br/>
        <w:t>I це б я отак-о згорів&lt;br /&gt;</w:t>
        <w:br/>
        <w:t>На тім святім кострі з тобою&lt;br /&gt;</w:t>
        <w:br/>
        <w:t>В пелюстках ранньої зорі</w:t>
      </w:r>
    </w:p>
    <w:p>
      <w:r>
        <w:br/>
        <w:t>Злобоже ти блідий кумире&lt;br /&gt;</w:t>
        <w:br/>
        <w:t>Жерці-безумці одягли&lt;br /&gt;</w:t>
        <w:br/>
        <w:t>У чорне вже твої офіри&lt;br /&gt;</w:t>
        <w:br/>
        <w:t>Даремно сльози всі лили&lt;br /&gt;</w:t>
        <w:br/>
        <w:t>Злобоже ти не гідний віри</w:t>
      </w:r>
    </w:p>
    <w:p>
      <w:r>
        <w:br/>
        <w:t>А ти повзуча манія&lt;br /&gt;</w:t>
        <w:br/>
        <w:t>Бог над померлими богами&lt;br /&gt;</w:t>
        <w:br/>
        <w:t>Вимірюй землю п'ядь у п'ядь&lt;br /&gt;</w:t>
        <w:br/>
        <w:t>Яка ще стелеться під нами&lt;br /&gt;</w:t>
        <w:br/>
        <w:t>О тінь моя стара змія</w:t>
      </w:r>
    </w:p>
    <w:p>
      <w:r>
        <w:br/>
        <w:t>По сонцю на твою вподобу&lt;br /&gt;</w:t>
        <w:br/>
        <w:t>Тебе водив я день при дні&lt;br /&gt;</w:t>
        <w:br/>
        <w:t>Похмура подруго до гробу&lt;br /&gt;</w:t>
        <w:br/>
        <w:t>Належиш марна ти мені&lt;br /&gt;</w:t>
        <w:br/>
        <w:t>О тінь моя моя жалобо</w:t>
      </w:r>
    </w:p>
    <w:p>
      <w:r>
        <w:br/>
        <w:t>Зима померла вся в снігах&lt;br /&gt;</w:t>
        <w:br/>
        <w:t>Вже білі вулики спалили&lt;br /&gt;</w:t>
        <w:br/>
        <w:t>А по гаях і по садах&lt;br /&gt;</w:t>
        <w:br/>
        <w:t>Весну ясну і квітень милий&lt;br /&gt;</w:t>
        <w:br/>
        <w:t>Піснями славить кожен птах</w:t>
      </w:r>
    </w:p>
    <w:p>
      <w:r>
        <w:br/>
        <w:t>Смерть імортелів срібнолитих&lt;br /&gt;</w:t>
        <w:br/>
        <w:t>Сніг розливаючись сріблом&lt;br /&gt;</w:t>
        <w:br/>
        <w:t>Тіка від гусениць оливних&lt;br /&gt;</w:t>
        <w:br/>
        <w:t>Весни утішниці сіром&lt;br /&gt;</w:t>
        <w:br/>
        <w:t>Що знов всміхаються сумливо</w:t>
      </w:r>
    </w:p>
    <w:p>
      <w:r>
        <w:br/>
        <w:t>А в мене серце все в карбах&lt;br /&gt;</w:t>
        <w:br/>
        <w:t>Як зад в шовках у дам з Дамаска&lt;br /&gt;</w:t>
        <w:br/>
        <w:t>Тебе любив я дуже ах&lt;br /&gt;</w:t>
        <w:br/>
        <w:t>Так зле я мався що зламався&lt;br /&gt;</w:t>
        <w:br/>
        <w:t>Добуто з піхов враз сім шпаг</w:t>
      </w:r>
    </w:p>
    <w:p>
      <w:r>
        <w:br/>
        <w:t>Сім шпаг із піхов враз добуто&lt;br /&gt;</w:t>
        <w:br/>
        <w:t>Сім обосічних жал жалів&lt;br /&gt;</w:t>
        <w:br/>
        <w:t>У серце врізалося люто&lt;br /&gt;</w:t>
        <w:br/>
        <w:t>Аж розум з болю ошалів&lt;br /&gt;</w:t>
        <w:br/>
        <w:t>То як же можу я забути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Молочна Путь сяйлива сестро...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